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32A4B" w14:textId="77777777" w:rsidR="00F1098F" w:rsidRDefault="00000000">
      <w:r>
        <w:rPr>
          <w:lang w:val="uk-UA"/>
        </w:rPr>
        <w:t>З</w:t>
      </w:r>
      <w:r>
        <w:t>аняття для дітей середнього дошкільного віку</w:t>
      </w:r>
    </w:p>
    <w:p w14:paraId="44CA4A40" w14:textId="77777777" w:rsidR="00F1098F" w:rsidRDefault="00000000">
      <w:r>
        <w:t>Тема: «Мандрівка до країни Чистоти»</w:t>
      </w:r>
    </w:p>
    <w:p w14:paraId="1F8F4C46" w14:textId="77777777" w:rsidR="00F1098F" w:rsidRDefault="00F1098F"/>
    <w:p w14:paraId="576DD6CB" w14:textId="77777777" w:rsidR="00F1098F" w:rsidRDefault="00000000">
      <w:r>
        <w:t>Мета:</w:t>
      </w:r>
    </w:p>
    <w:p w14:paraId="2BD620E2" w14:textId="77777777" w:rsidR="00F1098F" w:rsidRDefault="00000000">
      <w:r>
        <w:t>• формувати екологічну свідомість і відповідальне ставлення до природи;</w:t>
      </w:r>
    </w:p>
    <w:p w14:paraId="50B85099" w14:textId="77777777" w:rsidR="00F1098F" w:rsidRDefault="00000000">
      <w:r>
        <w:t>• ознайомити дітей із сортуванням сміття та повторним використанням матеріалів;</w:t>
      </w:r>
    </w:p>
    <w:p w14:paraId="49F8D6E5" w14:textId="77777777" w:rsidR="00F1098F" w:rsidRDefault="00000000">
      <w:r>
        <w:t>• розвивати мислення, увагу, мовлення, дрібну моторику та креативність через інтерактивні методи;</w:t>
      </w:r>
    </w:p>
    <w:p w14:paraId="6A58FCCF" w14:textId="77777777" w:rsidR="00F1098F" w:rsidRDefault="00000000">
      <w:r>
        <w:t>• виховувати навички співпраці та взаємодопомоги.</w:t>
      </w:r>
    </w:p>
    <w:p w14:paraId="72E7876F" w14:textId="77777777" w:rsidR="00F1098F" w:rsidRDefault="00F1098F"/>
    <w:p w14:paraId="37439F4A" w14:textId="77777777" w:rsidR="00F1098F" w:rsidRDefault="00000000">
      <w:r>
        <w:t>Завдання:</w:t>
      </w:r>
    </w:p>
    <w:p w14:paraId="3842BE5D" w14:textId="77777777" w:rsidR="00F1098F" w:rsidRDefault="00000000">
      <w:r>
        <w:t>1. Розвивати пізнавальний інтерес до природи та екологічних процесів.</w:t>
      </w:r>
    </w:p>
    <w:p w14:paraId="738DBF83" w14:textId="77777777" w:rsidR="00F1098F" w:rsidRDefault="00000000">
      <w:r>
        <w:t>2. Ознайомити з поняттями «сортування сміття», «екодизайн», «повторне використання».</w:t>
      </w:r>
    </w:p>
    <w:p w14:paraId="1FF8FA9B" w14:textId="77777777" w:rsidR="00F1098F" w:rsidRDefault="00000000">
      <w:r>
        <w:t>3. Виховувати дбайливе ставлення до природних ресурсів.</w:t>
      </w:r>
    </w:p>
    <w:p w14:paraId="2DB2C315" w14:textId="77777777" w:rsidR="00F1098F" w:rsidRDefault="00000000">
      <w:r>
        <w:t>4. Залучати дітей до активних ігрових і творчих методів навчання.</w:t>
      </w:r>
    </w:p>
    <w:p w14:paraId="3DF2CE00" w14:textId="77777777" w:rsidR="00F1098F" w:rsidRDefault="00F1098F"/>
    <w:p w14:paraId="26D5B9E2" w14:textId="77777777" w:rsidR="00F1098F" w:rsidRDefault="00000000">
      <w:r>
        <w:t>Матеріали та обладнання:</w:t>
      </w:r>
    </w:p>
    <w:p w14:paraId="7048CB72" w14:textId="77777777" w:rsidR="00F1098F" w:rsidRDefault="00000000">
      <w:r>
        <w:t>• Картки із зображенням сміття (пластик, папір, скло, органіка);</w:t>
      </w:r>
    </w:p>
    <w:p w14:paraId="33B1C508" w14:textId="77777777" w:rsidR="00F1098F" w:rsidRDefault="00000000">
      <w:r>
        <w:t>• Кошики/коробки різного кольору для сортування;</w:t>
      </w:r>
    </w:p>
    <w:p w14:paraId="45E09E0C" w14:textId="77777777" w:rsidR="00F1098F" w:rsidRDefault="00000000">
      <w:r>
        <w:t>• Іграшка-персонаж (Еко-Фея або Пані Чистота);</w:t>
      </w:r>
    </w:p>
    <w:p w14:paraId="551BF98A" w14:textId="77777777" w:rsidR="00F1098F" w:rsidRDefault="00000000">
      <w:r>
        <w:t>• Мішечки з природними матеріалами (камінці, жолуді, гілочки);</w:t>
      </w:r>
    </w:p>
    <w:p w14:paraId="2D411267" w14:textId="77777777" w:rsidR="00F1098F" w:rsidRDefault="00000000">
      <w:r>
        <w:t>• Вироби з вторсировини (коробки, пластикові стаканчики, картон);</w:t>
      </w:r>
    </w:p>
    <w:p w14:paraId="346BC925" w14:textId="77777777" w:rsidR="00F1098F" w:rsidRDefault="00000000">
      <w:r>
        <w:t>• Листи паперу, клей, кольорові олівці, тканинні клаптики для аплікацій;</w:t>
      </w:r>
    </w:p>
    <w:p w14:paraId="26104E1C" w14:textId="77777777" w:rsidR="00F1098F" w:rsidRDefault="00000000">
      <w:r>
        <w:t>• Плакат або фліпчарт «Дерево життя»;</w:t>
      </w:r>
    </w:p>
    <w:p w14:paraId="08C9C2C5" w14:textId="01FE9DA1" w:rsidR="00F1098F" w:rsidRPr="00BE1C52" w:rsidRDefault="00000000">
      <w:pPr>
        <w:rPr>
          <w:lang w:val="uk-UA"/>
        </w:rPr>
      </w:pPr>
      <w:r>
        <w:t>• Наклейки у формі листочків, сердечок, квіточок.</w:t>
      </w:r>
    </w:p>
    <w:p w14:paraId="5758F4D7" w14:textId="4EF25CCF" w:rsidR="00F1098F" w:rsidRPr="00DA2000" w:rsidRDefault="00000000">
      <w:pPr>
        <w:rPr>
          <w:lang w:val="uk-UA"/>
        </w:rPr>
      </w:pPr>
      <w:r>
        <w:t>Хід заняття</w:t>
      </w:r>
    </w:p>
    <w:p w14:paraId="0AB5AF34" w14:textId="77777777" w:rsidR="00F1098F" w:rsidRDefault="00000000">
      <w:r>
        <w:t>Організаційний момент</w:t>
      </w:r>
    </w:p>
    <w:p w14:paraId="1AA0D7B9" w14:textId="42DF4E39" w:rsidR="00F1098F" w:rsidRPr="00DA2000" w:rsidRDefault="00000000">
      <w:pPr>
        <w:rPr>
          <w:lang w:val="uk-UA"/>
        </w:rPr>
      </w:pPr>
      <w:r>
        <w:t>Педагог зустрічає дітей у колі.</w:t>
      </w:r>
    </w:p>
    <w:p w14:paraId="2780A728" w14:textId="77777777" w:rsidR="00F1098F" w:rsidRDefault="00000000">
      <w:r>
        <w:t>Пояснення завдання:</w:t>
      </w:r>
    </w:p>
    <w:p w14:paraId="0D995FEF" w14:textId="77777777" w:rsidR="00F1098F" w:rsidRDefault="00000000">
      <w:r>
        <w:t>- Сьогодні ми вирушимо у подорож до країни Чистоти. Там живе добра Еко-Фея, яка потребує нашої допомоги.</w:t>
      </w:r>
    </w:p>
    <w:p w14:paraId="5002025B" w14:textId="77777777" w:rsidR="00F1098F" w:rsidRDefault="00000000">
      <w:r>
        <w:t>Діти вітаються з Еко-Феєю, іграшка може «говорити» або жестами спілкуватися з дітьми.</w:t>
      </w:r>
    </w:p>
    <w:p w14:paraId="78212F2D" w14:textId="77777777" w:rsidR="00F1098F" w:rsidRDefault="00F1098F"/>
    <w:p w14:paraId="2C1BD48C" w14:textId="77777777" w:rsidR="00F1098F" w:rsidRDefault="00000000">
      <w:r>
        <w:t>Мотивація та інтерактивна казка</w:t>
      </w:r>
    </w:p>
    <w:p w14:paraId="42B5DACC" w14:textId="77777777" w:rsidR="00F1098F" w:rsidRDefault="00000000">
      <w:r>
        <w:t>Педагог розповідає сюжет:</w:t>
      </w:r>
    </w:p>
    <w:p w14:paraId="55979914" w14:textId="77777777" w:rsidR="00F1098F" w:rsidRDefault="00000000">
      <w:r>
        <w:t>- У країні Чистоти з’явилося багато сміття, і лише діти можуть допомогти врятувати природу.</w:t>
      </w:r>
    </w:p>
    <w:p w14:paraId="33D86D5B" w14:textId="77777777" w:rsidR="00F1098F" w:rsidRDefault="00000000">
      <w:r>
        <w:t>Використовує інтерактивні питання:</w:t>
      </w:r>
    </w:p>
    <w:p w14:paraId="10E814C7" w14:textId="77777777" w:rsidR="00F1098F" w:rsidRDefault="00000000">
      <w:r>
        <w:t>- Що трапилось із лісом?</w:t>
      </w:r>
    </w:p>
    <w:p w14:paraId="3271CC2B" w14:textId="77777777" w:rsidR="00F1098F" w:rsidRDefault="00000000">
      <w:r>
        <w:t>- Які предмети можна перетворити на щось корисне?</w:t>
      </w:r>
    </w:p>
    <w:p w14:paraId="52B25819" w14:textId="77777777" w:rsidR="00F1098F" w:rsidRDefault="00F1098F"/>
    <w:p w14:paraId="1EEAA60E" w14:textId="77777777" w:rsidR="00F1098F" w:rsidRDefault="00000000">
      <w:r>
        <w:t>Діти відповідають, педагог занотовує ключові слова на плакаті.</w:t>
      </w:r>
    </w:p>
    <w:p w14:paraId="2AF11AF0" w14:textId="77777777" w:rsidR="00F1098F" w:rsidRDefault="00F1098F"/>
    <w:p w14:paraId="7EA33756" w14:textId="77777777" w:rsidR="00F1098F" w:rsidRDefault="00000000">
      <w:r>
        <w:t>Інтерактивні завдання</w:t>
      </w:r>
    </w:p>
    <w:p w14:paraId="568EC963" w14:textId="77777777" w:rsidR="00F1098F" w:rsidRDefault="00000000">
      <w:r>
        <w:t>Гра «Сортувальники»</w:t>
      </w:r>
    </w:p>
    <w:p w14:paraId="3ED0D16D" w14:textId="77777777" w:rsidR="00F1098F" w:rsidRDefault="00000000">
      <w:r>
        <w:t>• Картки із сміттям: папір, пластик, органіка.</w:t>
      </w:r>
    </w:p>
    <w:p w14:paraId="6BFF231A" w14:textId="77777777" w:rsidR="00F1098F" w:rsidRDefault="00000000">
      <w:r>
        <w:t>• Кошики кольорові: синій, жовтий, зелений.</w:t>
      </w:r>
    </w:p>
    <w:p w14:paraId="35F29ADA" w14:textId="77777777" w:rsidR="00F1098F" w:rsidRDefault="00000000">
      <w:r>
        <w:t>• Діти по черзі розкладають картки у відповідні кошики.</w:t>
      </w:r>
    </w:p>
    <w:p w14:paraId="372B6128" w14:textId="77777777" w:rsidR="00F1098F" w:rsidRDefault="00F1098F"/>
    <w:p w14:paraId="163B0BB5" w14:textId="77777777" w:rsidR="00F1098F" w:rsidRDefault="00000000">
      <w:r>
        <w:t>• Методичні поради:</w:t>
      </w:r>
    </w:p>
    <w:p w14:paraId="723CDFDD" w14:textId="77777777" w:rsidR="00F1098F" w:rsidRDefault="00000000">
      <w:r>
        <w:t>- Пояснювати, чому важливо сортувати.</w:t>
      </w:r>
    </w:p>
    <w:p w14:paraId="24651B92" w14:textId="77777777" w:rsidR="00F1098F" w:rsidRDefault="00000000">
      <w:r>
        <w:t>- Хвалити кожну дитину, створюючи позитивну мотивацію.</w:t>
      </w:r>
    </w:p>
    <w:p w14:paraId="55DF744C" w14:textId="77777777" w:rsidR="00F1098F" w:rsidRDefault="00F1098F"/>
    <w:p w14:paraId="787D73A7" w14:textId="77777777" w:rsidR="00F1098F" w:rsidRDefault="00000000">
      <w:r>
        <w:t>Мозковий штурм «Що зробити з речами?»</w:t>
      </w:r>
    </w:p>
    <w:p w14:paraId="7FCACB05" w14:textId="77777777" w:rsidR="00F1098F" w:rsidRDefault="00000000">
      <w:r>
        <w:t>Педагог пропонує предмети: пляшку, коробку, стаканчик.</w:t>
      </w:r>
    </w:p>
    <w:p w14:paraId="21DB7AAD" w14:textId="77777777" w:rsidR="00F1098F" w:rsidRDefault="00000000">
      <w:r>
        <w:t>Діти висловлюють ідеї: «Можна зробити вазу», «Коробку перетворимо на коробку для олівців».</w:t>
      </w:r>
    </w:p>
    <w:p w14:paraId="7BFDFC10" w14:textId="320C1514" w:rsidR="00F1098F" w:rsidRDefault="008E39CA" w:rsidP="004F2D1A">
      <w:pPr>
        <w:rPr>
          <w:lang w:val="uk-UA"/>
        </w:rPr>
      </w:pPr>
      <w:r w:rsidRPr="004F2D1A">
        <w:rPr>
          <w:lang w:val="uk-UA"/>
        </w:rPr>
        <w:t xml:space="preserve">Додатково: показати приклади виробів із </w:t>
      </w:r>
      <w:proofErr w:type="spellStart"/>
      <w:r w:rsidRPr="004F2D1A">
        <w:rPr>
          <w:lang w:val="uk-UA"/>
        </w:rPr>
        <w:t>вторсировини</w:t>
      </w:r>
      <w:proofErr w:type="spellEnd"/>
      <w:r w:rsidRPr="004F2D1A">
        <w:rPr>
          <w:lang w:val="uk-UA"/>
        </w:rPr>
        <w:t xml:space="preserve"> (</w:t>
      </w:r>
      <w:r w:rsidR="004F2D1A" w:rsidRPr="004F2D1A">
        <w:rPr>
          <w:lang w:val="uk-UA"/>
        </w:rPr>
        <w:t xml:space="preserve">елементи </w:t>
      </w:r>
      <w:proofErr w:type="spellStart"/>
      <w:r w:rsidR="004F2D1A" w:rsidRPr="004F2D1A">
        <w:rPr>
          <w:lang w:val="uk-UA"/>
        </w:rPr>
        <w:t>екодизайну</w:t>
      </w:r>
      <w:proofErr w:type="spellEnd"/>
      <w:r w:rsidR="004F2D1A" w:rsidRPr="004F2D1A">
        <w:rPr>
          <w:lang w:val="uk-UA"/>
        </w:rPr>
        <w:t>)</w:t>
      </w:r>
    </w:p>
    <w:p w14:paraId="327D5F6D" w14:textId="1C35272A" w:rsidR="004F2D1A" w:rsidRDefault="00850C76" w:rsidP="004F2D1A">
      <w:pPr>
        <w:rPr>
          <w:lang w:val="uk-UA"/>
        </w:rPr>
      </w:pPr>
      <w:r>
        <w:rPr>
          <w:lang w:val="uk-UA"/>
        </w:rPr>
        <w:t xml:space="preserve">Еко- </w:t>
      </w:r>
      <w:proofErr w:type="spellStart"/>
      <w:r>
        <w:rPr>
          <w:lang w:val="uk-UA"/>
        </w:rPr>
        <w:t>квест</w:t>
      </w:r>
      <w:proofErr w:type="spellEnd"/>
      <w:r>
        <w:rPr>
          <w:lang w:val="uk-UA"/>
        </w:rPr>
        <w:t xml:space="preserve"> « Знайди чисту галявину»</w:t>
      </w:r>
    </w:p>
    <w:p w14:paraId="3CAD9D6A" w14:textId="047A6089" w:rsidR="001F2722" w:rsidRDefault="001F2722" w:rsidP="004F2D1A">
      <w:pPr>
        <w:rPr>
          <w:lang w:val="uk-UA"/>
        </w:rPr>
      </w:pPr>
      <w:r>
        <w:rPr>
          <w:lang w:val="uk-UA"/>
        </w:rPr>
        <w:t>У групі сховані картки із природними предметами ( листочки,  жолуді,  камінці)</w:t>
      </w:r>
      <w:r w:rsidR="00CD4745">
        <w:rPr>
          <w:lang w:val="uk-UA"/>
        </w:rPr>
        <w:t xml:space="preserve">. Завдання дітей: </w:t>
      </w:r>
      <w:r w:rsidR="003D0551">
        <w:rPr>
          <w:lang w:val="uk-UA"/>
        </w:rPr>
        <w:t xml:space="preserve">знайти предмети і скласти « галявину чистоти» на плакаті </w:t>
      </w:r>
      <w:r w:rsidR="002F3BFC">
        <w:rPr>
          <w:lang w:val="uk-UA"/>
        </w:rPr>
        <w:t>або на килимки.</w:t>
      </w:r>
    </w:p>
    <w:p w14:paraId="5F4AEF4D" w14:textId="0F51EB60" w:rsidR="002F3BFC" w:rsidRDefault="002F3BFC" w:rsidP="004F2D1A">
      <w:pPr>
        <w:rPr>
          <w:lang w:val="uk-UA"/>
        </w:rPr>
      </w:pPr>
      <w:r>
        <w:rPr>
          <w:lang w:val="uk-UA"/>
        </w:rPr>
        <w:t xml:space="preserve">Творча робота </w:t>
      </w:r>
    </w:p>
    <w:p w14:paraId="51C35B52" w14:textId="31EBBB2E" w:rsidR="002F3BFC" w:rsidRDefault="002F3BFC" w:rsidP="004F2D1A">
      <w:pPr>
        <w:rPr>
          <w:lang w:val="uk-UA"/>
        </w:rPr>
      </w:pPr>
      <w:r>
        <w:rPr>
          <w:lang w:val="uk-UA"/>
        </w:rPr>
        <w:t xml:space="preserve">Колективна аплікація  « </w:t>
      </w:r>
      <w:r w:rsidR="004E242C">
        <w:rPr>
          <w:lang w:val="uk-UA"/>
        </w:rPr>
        <w:t>Дерево життя».</w:t>
      </w:r>
    </w:p>
    <w:p w14:paraId="730D6149" w14:textId="2051A46D" w:rsidR="004E242C" w:rsidRDefault="004E242C" w:rsidP="004F2D1A">
      <w:pPr>
        <w:rPr>
          <w:lang w:val="uk-UA"/>
        </w:rPr>
      </w:pPr>
      <w:r>
        <w:rPr>
          <w:lang w:val="uk-UA"/>
        </w:rPr>
        <w:t xml:space="preserve">Кожна дитина </w:t>
      </w:r>
      <w:r w:rsidR="0090381A">
        <w:rPr>
          <w:lang w:val="uk-UA"/>
        </w:rPr>
        <w:t xml:space="preserve">прикріплює листочок до дерева, використовуючи </w:t>
      </w:r>
      <w:r w:rsidR="00BB40C7">
        <w:rPr>
          <w:lang w:val="uk-UA"/>
        </w:rPr>
        <w:t xml:space="preserve">клаптики паперу чи тканини. </w:t>
      </w:r>
    </w:p>
    <w:p w14:paraId="47E5DF24" w14:textId="6813653F" w:rsidR="00BB40C7" w:rsidRDefault="00BB40C7" w:rsidP="004F2D1A">
      <w:pPr>
        <w:rPr>
          <w:lang w:val="uk-UA"/>
        </w:rPr>
      </w:pPr>
      <w:r>
        <w:rPr>
          <w:lang w:val="uk-UA"/>
        </w:rPr>
        <w:t>Обговорення:</w:t>
      </w:r>
    </w:p>
    <w:p w14:paraId="26FD09BE" w14:textId="2F00F364" w:rsidR="00BB40C7" w:rsidRDefault="003043AA" w:rsidP="003043AA">
      <w:pPr>
        <w:pStyle w:val="ae"/>
        <w:numPr>
          <w:ilvl w:val="0"/>
          <w:numId w:val="11"/>
        </w:numPr>
        <w:rPr>
          <w:lang w:val="uk-UA"/>
        </w:rPr>
      </w:pPr>
      <w:r>
        <w:rPr>
          <w:lang w:val="uk-UA"/>
        </w:rPr>
        <w:t>Які ще речі можна використовувати вдруге?</w:t>
      </w:r>
    </w:p>
    <w:p w14:paraId="7D78D388" w14:textId="6A265AA8" w:rsidR="003043AA" w:rsidRDefault="003043AA" w:rsidP="003043AA">
      <w:pPr>
        <w:ind w:left="360"/>
        <w:rPr>
          <w:lang w:val="uk-UA"/>
        </w:rPr>
      </w:pPr>
      <w:r>
        <w:rPr>
          <w:lang w:val="uk-UA"/>
        </w:rPr>
        <w:t xml:space="preserve">Підсумок заняття </w:t>
      </w:r>
      <w:r w:rsidR="003A2E9C">
        <w:rPr>
          <w:lang w:val="uk-UA"/>
        </w:rPr>
        <w:t>та рефлексія</w:t>
      </w:r>
    </w:p>
    <w:p w14:paraId="710E5405" w14:textId="486BBE00" w:rsidR="003A2E9C" w:rsidRDefault="003A2E9C" w:rsidP="003043AA">
      <w:pPr>
        <w:ind w:left="360"/>
        <w:rPr>
          <w:lang w:val="uk-UA"/>
        </w:rPr>
      </w:pPr>
      <w:r>
        <w:rPr>
          <w:lang w:val="uk-UA"/>
        </w:rPr>
        <w:t xml:space="preserve">Діти сідають у коло, педагог </w:t>
      </w:r>
      <w:r w:rsidR="00580C08">
        <w:rPr>
          <w:lang w:val="uk-UA"/>
        </w:rPr>
        <w:t>запитує:</w:t>
      </w:r>
    </w:p>
    <w:p w14:paraId="02AC789B" w14:textId="422AC38A" w:rsidR="00580C08" w:rsidRDefault="00580C08" w:rsidP="00580C08">
      <w:pPr>
        <w:pStyle w:val="ae"/>
        <w:numPr>
          <w:ilvl w:val="0"/>
          <w:numId w:val="11"/>
        </w:numPr>
        <w:rPr>
          <w:lang w:val="uk-UA"/>
        </w:rPr>
      </w:pPr>
      <w:r>
        <w:rPr>
          <w:lang w:val="uk-UA"/>
        </w:rPr>
        <w:t>Що ми робили для природи?</w:t>
      </w:r>
    </w:p>
    <w:p w14:paraId="750DCFF1" w14:textId="0006B932" w:rsidR="00580C08" w:rsidRDefault="007F4B4B" w:rsidP="00580C08">
      <w:pPr>
        <w:pStyle w:val="ae"/>
        <w:numPr>
          <w:ilvl w:val="0"/>
          <w:numId w:val="11"/>
        </w:numPr>
        <w:rPr>
          <w:lang w:val="uk-UA"/>
        </w:rPr>
      </w:pPr>
      <w:r>
        <w:rPr>
          <w:lang w:val="uk-UA"/>
        </w:rPr>
        <w:t>Що вам сподобалося найбільше?</w:t>
      </w:r>
    </w:p>
    <w:p w14:paraId="73CE510D" w14:textId="6B44E180" w:rsidR="007F4B4B" w:rsidRDefault="007F4B4B" w:rsidP="007F4B4B">
      <w:pPr>
        <w:ind w:left="360"/>
        <w:rPr>
          <w:lang w:val="uk-UA"/>
        </w:rPr>
      </w:pPr>
      <w:r>
        <w:rPr>
          <w:lang w:val="uk-UA"/>
        </w:rPr>
        <w:t>Еко-</w:t>
      </w:r>
      <w:r w:rsidR="00A377A7">
        <w:rPr>
          <w:lang w:val="uk-UA"/>
        </w:rPr>
        <w:t>Фея дякує дітям, дарує символічні подарунки « листочок»</w:t>
      </w:r>
      <w:r w:rsidR="00512ED8">
        <w:rPr>
          <w:lang w:val="uk-UA"/>
        </w:rPr>
        <w:t xml:space="preserve"> або « сердечко».</w:t>
      </w:r>
    </w:p>
    <w:p w14:paraId="2A325FF0" w14:textId="06D84142" w:rsidR="00512ED8" w:rsidRDefault="00512ED8" w:rsidP="007F4B4B">
      <w:pPr>
        <w:ind w:left="360"/>
        <w:rPr>
          <w:lang w:val="uk-UA"/>
        </w:rPr>
      </w:pPr>
      <w:r>
        <w:rPr>
          <w:lang w:val="uk-UA"/>
        </w:rPr>
        <w:t>Вихователь підкреслює:</w:t>
      </w:r>
    </w:p>
    <w:p w14:paraId="0953378F" w14:textId="48EDB42F" w:rsidR="009E6D0D" w:rsidRDefault="009E6D0D" w:rsidP="009E6D0D">
      <w:pPr>
        <w:pStyle w:val="ae"/>
        <w:numPr>
          <w:ilvl w:val="0"/>
          <w:numId w:val="11"/>
        </w:numPr>
        <w:rPr>
          <w:lang w:val="uk-UA"/>
        </w:rPr>
      </w:pPr>
      <w:r>
        <w:rPr>
          <w:lang w:val="uk-UA"/>
        </w:rPr>
        <w:t>Те, що ми робимо сьогодні,  допомагає природі залишатися чистою.</w:t>
      </w:r>
    </w:p>
    <w:p w14:paraId="74013112" w14:textId="5878492E" w:rsidR="009E6D0D" w:rsidRDefault="003000F2" w:rsidP="009E6D0D">
      <w:pPr>
        <w:ind w:left="360"/>
        <w:rPr>
          <w:lang w:val="uk-UA"/>
        </w:rPr>
      </w:pPr>
      <w:r>
        <w:rPr>
          <w:lang w:val="uk-UA"/>
        </w:rPr>
        <w:t>Очікувані результати:</w:t>
      </w:r>
    </w:p>
    <w:p w14:paraId="1B2BA626" w14:textId="16B88C5B" w:rsidR="003000F2" w:rsidRDefault="003000F2" w:rsidP="003000F2">
      <w:pPr>
        <w:pStyle w:val="ae"/>
        <w:numPr>
          <w:ilvl w:val="1"/>
          <w:numId w:val="11"/>
        </w:numPr>
        <w:rPr>
          <w:lang w:val="uk-UA"/>
        </w:rPr>
      </w:pPr>
      <w:r>
        <w:rPr>
          <w:lang w:val="uk-UA"/>
        </w:rPr>
        <w:t xml:space="preserve">Діти </w:t>
      </w:r>
      <w:r w:rsidR="00596434">
        <w:rPr>
          <w:lang w:val="uk-UA"/>
        </w:rPr>
        <w:t xml:space="preserve">знають, що сміття потрібно сортувати </w:t>
      </w:r>
      <w:r w:rsidR="00037FBD">
        <w:rPr>
          <w:lang w:val="uk-UA"/>
        </w:rPr>
        <w:t>і повторно використовувати;</w:t>
      </w:r>
    </w:p>
    <w:p w14:paraId="68DD8ABD" w14:textId="5FDF2B3D" w:rsidR="00037FBD" w:rsidRDefault="00037FBD" w:rsidP="003000F2">
      <w:pPr>
        <w:pStyle w:val="ae"/>
        <w:numPr>
          <w:ilvl w:val="1"/>
          <w:numId w:val="11"/>
        </w:numPr>
        <w:rPr>
          <w:lang w:val="uk-UA"/>
        </w:rPr>
      </w:pPr>
      <w:r>
        <w:rPr>
          <w:lang w:val="uk-UA"/>
        </w:rPr>
        <w:t xml:space="preserve">Розуміють, </w:t>
      </w:r>
      <w:r w:rsidR="003F3F7A">
        <w:rPr>
          <w:lang w:val="uk-UA"/>
        </w:rPr>
        <w:t>що їхні дії впливають на природу;</w:t>
      </w:r>
    </w:p>
    <w:p w14:paraId="568FF9D2" w14:textId="22710D27" w:rsidR="003F3F7A" w:rsidRDefault="003A3570" w:rsidP="003000F2">
      <w:pPr>
        <w:pStyle w:val="ae"/>
        <w:numPr>
          <w:ilvl w:val="1"/>
          <w:numId w:val="11"/>
        </w:numPr>
        <w:rPr>
          <w:lang w:val="uk-UA"/>
        </w:rPr>
      </w:pPr>
      <w:r>
        <w:rPr>
          <w:lang w:val="uk-UA"/>
        </w:rPr>
        <w:t>Виявляють інтерес до колективної творчості;</w:t>
      </w:r>
    </w:p>
    <w:p w14:paraId="697DD5F8" w14:textId="47D8739D" w:rsidR="003A3570" w:rsidRPr="003000F2" w:rsidRDefault="005770F1" w:rsidP="003000F2">
      <w:pPr>
        <w:pStyle w:val="ae"/>
        <w:numPr>
          <w:ilvl w:val="1"/>
          <w:numId w:val="11"/>
        </w:numPr>
        <w:rPr>
          <w:lang w:val="uk-UA"/>
        </w:rPr>
      </w:pPr>
      <w:r>
        <w:rPr>
          <w:lang w:val="uk-UA"/>
        </w:rPr>
        <w:t xml:space="preserve">Оволодіти базовими навичками екологічної поведінки </w:t>
      </w:r>
      <w:r w:rsidR="00C92A4F">
        <w:rPr>
          <w:lang w:val="uk-UA"/>
        </w:rPr>
        <w:t>та інтерактивної роботи.</w:t>
      </w:r>
    </w:p>
    <w:sectPr w:rsidR="003A3570" w:rsidRPr="003000F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29004EC"/>
    <w:multiLevelType w:val="hybridMultilevel"/>
    <w:tmpl w:val="04546C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E5923"/>
    <w:multiLevelType w:val="hybridMultilevel"/>
    <w:tmpl w:val="79AE812A"/>
    <w:lvl w:ilvl="0" w:tplc="FFFFFFFF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CE7C274A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700274">
    <w:abstractNumId w:val="8"/>
  </w:num>
  <w:num w:numId="2" w16cid:durableId="1639844890">
    <w:abstractNumId w:val="6"/>
  </w:num>
  <w:num w:numId="3" w16cid:durableId="899247349">
    <w:abstractNumId w:val="5"/>
  </w:num>
  <w:num w:numId="4" w16cid:durableId="151414678">
    <w:abstractNumId w:val="4"/>
  </w:num>
  <w:num w:numId="5" w16cid:durableId="1591739073">
    <w:abstractNumId w:val="7"/>
  </w:num>
  <w:num w:numId="6" w16cid:durableId="1596208076">
    <w:abstractNumId w:val="3"/>
  </w:num>
  <w:num w:numId="7" w16cid:durableId="1418601309">
    <w:abstractNumId w:val="2"/>
  </w:num>
  <w:num w:numId="8" w16cid:durableId="350187631">
    <w:abstractNumId w:val="1"/>
  </w:num>
  <w:num w:numId="9" w16cid:durableId="1921088956">
    <w:abstractNumId w:val="0"/>
  </w:num>
  <w:num w:numId="10" w16cid:durableId="1613903853">
    <w:abstractNumId w:val="9"/>
  </w:num>
  <w:num w:numId="11" w16cid:durableId="14674358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37FBD"/>
    <w:rsid w:val="0006063C"/>
    <w:rsid w:val="0015074B"/>
    <w:rsid w:val="00161BF0"/>
    <w:rsid w:val="001F2722"/>
    <w:rsid w:val="0027776A"/>
    <w:rsid w:val="0029639D"/>
    <w:rsid w:val="002F3BFC"/>
    <w:rsid w:val="003000F2"/>
    <w:rsid w:val="003043AA"/>
    <w:rsid w:val="00326F90"/>
    <w:rsid w:val="003A2E9C"/>
    <w:rsid w:val="003A3570"/>
    <w:rsid w:val="003D0551"/>
    <w:rsid w:val="003F3F7A"/>
    <w:rsid w:val="004E242C"/>
    <w:rsid w:val="004F2D1A"/>
    <w:rsid w:val="00512ED8"/>
    <w:rsid w:val="005770F1"/>
    <w:rsid w:val="00580C08"/>
    <w:rsid w:val="00596434"/>
    <w:rsid w:val="007F4B4B"/>
    <w:rsid w:val="00850C76"/>
    <w:rsid w:val="008E39CA"/>
    <w:rsid w:val="0090381A"/>
    <w:rsid w:val="009E6D0D"/>
    <w:rsid w:val="00A377A7"/>
    <w:rsid w:val="00AA1D8D"/>
    <w:rsid w:val="00B47730"/>
    <w:rsid w:val="00BB40C7"/>
    <w:rsid w:val="00BE1C52"/>
    <w:rsid w:val="00C92A4F"/>
    <w:rsid w:val="00CB0664"/>
    <w:rsid w:val="00CD4745"/>
    <w:rsid w:val="00DA2000"/>
    <w:rsid w:val="00DC2ADA"/>
    <w:rsid w:val="00E94047"/>
    <w:rsid w:val="00F1098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B3E76E"/>
  <w14:defaultImageDpi w14:val="300"/>
  <w15:docId w15:val="{035A7F36-5082-BD42-B6F9-1918E153F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і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і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і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и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и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и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у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Цитата Знак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Насичена цитата Знак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7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37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51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61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12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8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38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42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52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62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13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9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43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53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63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4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10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20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30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40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a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10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20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30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40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50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60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7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11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21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31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41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b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11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21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31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41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51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61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1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22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2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2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c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1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22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32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42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52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62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a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10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20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30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40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50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60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9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2d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3b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4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54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64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a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2e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3c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5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5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65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b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f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3d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6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6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c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f0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3e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47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57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67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2081</Words>
  <Characters>1187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3262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marialyash13@gmail.com</cp:lastModifiedBy>
  <cp:revision>28</cp:revision>
  <dcterms:created xsi:type="dcterms:W3CDTF">2013-12-23T23:15:00Z</dcterms:created>
  <dcterms:modified xsi:type="dcterms:W3CDTF">2025-11-16T13:07:00Z</dcterms:modified>
  <cp:category/>
</cp:coreProperties>
</file>