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21642" w:rsidRPr="00B633AD" w:rsidRDefault="00000000" w:rsidP="00B633AD">
      <w:pPr>
        <w:pStyle w:val="1"/>
        <w:jc w:val="center"/>
        <w:rPr>
          <w:lang w:val="ru-RU"/>
        </w:rPr>
      </w:pPr>
      <w:r w:rsidRPr="00B633AD">
        <w:rPr>
          <w:lang w:val="ru-RU"/>
        </w:rPr>
        <w:t>ВИКОРИСТАННЯ МОБІЛЬНИХ ТЕХНОЛОГІЙ У НАВЧАННІ БІОЛОГІЇ ТА ЕКОЛОГІЇ В УМОВАХ ВОЄННОГО СТАНУ</w:t>
      </w:r>
    </w:p>
    <w:p w:rsidR="00C21642" w:rsidRPr="009F670A" w:rsidRDefault="009F670A">
      <w:pPr>
        <w:pStyle w:val="21"/>
        <w:rPr>
          <w:rFonts w:ascii="Times New Roman" w:hAnsi="Times New Roman" w:cs="Times New Roman"/>
          <w:sz w:val="28"/>
          <w:szCs w:val="28"/>
          <w:lang w:val="ru-RU"/>
        </w:rPr>
      </w:pPr>
      <w:r w:rsidRPr="009F670A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spellStart"/>
      <w:r w:rsidR="00000000" w:rsidRPr="009F670A">
        <w:rPr>
          <w:rFonts w:ascii="Times New Roman" w:hAnsi="Times New Roman" w:cs="Times New Roman"/>
          <w:sz w:val="28"/>
          <w:szCs w:val="28"/>
          <w:lang w:val="ru-RU"/>
        </w:rPr>
        <w:t>Анотація</w:t>
      </w:r>
      <w:proofErr w:type="spellEnd"/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розглянуто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воєнного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стану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дистанційного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Проаналізовано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сутність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їхні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переваги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недоліки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викладання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біології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екології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Визначено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труднощі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з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стикаються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педагоги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упровадження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окреслено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можливі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шляхи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подолання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Ключові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слова: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біологія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екологія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дистанційне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21642" w:rsidRPr="00B633AD" w:rsidRDefault="00000000" w:rsidP="00B633AD">
      <w:pPr>
        <w:pStyle w:val="2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Вступ</w:t>
      </w:r>
      <w:proofErr w:type="spellEnd"/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Події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спричинені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збройною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агресією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Російської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Федерації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стали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серйозним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випробуванням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всієї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освітньої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спільноти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воєнного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стану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дистанційного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формату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вимагає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учителів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професійної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майстерності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а й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психологічної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стійкості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креативності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мотивувати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підтримувати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Стрімкий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докорінно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змінює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традиційне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навчальне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середовище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відкриваючи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компетентностей [1].</w:t>
      </w:r>
    </w:p>
    <w:p w:rsidR="00C21642" w:rsidRPr="00B633AD" w:rsidRDefault="00000000" w:rsidP="00B633AD">
      <w:pPr>
        <w:pStyle w:val="2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Основна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</w:p>
    <w:p w:rsidR="00C21642" w:rsidRPr="00B633AD" w:rsidRDefault="00000000" w:rsidP="00B633AD">
      <w:pPr>
        <w:pStyle w:val="3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наукових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дослідженнях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існує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низка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визначень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Узагальнюючи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підходи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вчених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як систему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базується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використанні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пристроїв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смартфонів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планшетів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кишенькових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комп’ютерів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спеціалізованих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додатків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сервісів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забезпечують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зберігання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обробку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передавання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засобами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зв’язку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B633AD">
        <w:rPr>
          <w:rFonts w:ascii="Times New Roman" w:hAnsi="Times New Roman" w:cs="Times New Roman"/>
          <w:sz w:val="28"/>
          <w:szCs w:val="28"/>
        </w:rPr>
        <w:t>GSM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B633AD">
        <w:rPr>
          <w:rFonts w:ascii="Times New Roman" w:hAnsi="Times New Roman" w:cs="Times New Roman"/>
          <w:sz w:val="28"/>
          <w:szCs w:val="28"/>
        </w:rPr>
        <w:t>Wi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B633AD">
        <w:rPr>
          <w:rFonts w:ascii="Times New Roman" w:hAnsi="Times New Roman" w:cs="Times New Roman"/>
          <w:sz w:val="28"/>
          <w:szCs w:val="28"/>
        </w:rPr>
        <w:t>Fi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B633AD">
        <w:rPr>
          <w:rFonts w:ascii="Times New Roman" w:hAnsi="Times New Roman" w:cs="Times New Roman"/>
          <w:sz w:val="28"/>
          <w:szCs w:val="28"/>
        </w:rPr>
        <w:t>Bluetooth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B633AD">
        <w:rPr>
          <w:rFonts w:ascii="Times New Roman" w:hAnsi="Times New Roman" w:cs="Times New Roman"/>
          <w:sz w:val="28"/>
          <w:szCs w:val="28"/>
        </w:rPr>
        <w:t>GPRS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) [2].</w:t>
      </w:r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ЮНЕСКО,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B633AD">
        <w:rPr>
          <w:rFonts w:ascii="Times New Roman" w:hAnsi="Times New Roman" w:cs="Times New Roman"/>
          <w:sz w:val="28"/>
          <w:szCs w:val="28"/>
        </w:rPr>
        <w:t>mobile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33AD">
        <w:rPr>
          <w:rFonts w:ascii="Times New Roman" w:hAnsi="Times New Roman" w:cs="Times New Roman"/>
          <w:sz w:val="28"/>
          <w:szCs w:val="28"/>
        </w:rPr>
        <w:t>learning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B633AD">
        <w:rPr>
          <w:rFonts w:ascii="Times New Roman" w:hAnsi="Times New Roman" w:cs="Times New Roman"/>
          <w:sz w:val="28"/>
          <w:szCs w:val="28"/>
        </w:rPr>
        <w:t>m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B633AD">
        <w:rPr>
          <w:rFonts w:ascii="Times New Roman" w:hAnsi="Times New Roman" w:cs="Times New Roman"/>
          <w:sz w:val="28"/>
          <w:szCs w:val="28"/>
        </w:rPr>
        <w:t>learning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) —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форма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реалізується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окремо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поєднанні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іншими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інформаційно-комунікаційними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інструментами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[3].</w:t>
      </w:r>
    </w:p>
    <w:p w:rsidR="00C21642" w:rsidRPr="00B633AD" w:rsidRDefault="00000000" w:rsidP="00B633AD">
      <w:pPr>
        <w:pStyle w:val="3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lastRenderedPageBreak/>
        <w:t>Мотиваційний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аспект</w:t>
      </w:r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Мотивація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біології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екології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визначальним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чинником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результативності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рівень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зацікавленості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забезпечує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успішне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засвоєння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Дистанційний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формат і доступ до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ресурсів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сприяють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переходу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середовище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почуваються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впевнено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й активно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взаємодіють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навчальним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контентом [1].</w:t>
      </w:r>
    </w:p>
    <w:p w:rsidR="00C21642" w:rsidRPr="00B633AD" w:rsidRDefault="00000000" w:rsidP="00B633AD">
      <w:pPr>
        <w:pStyle w:val="3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Практичне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впровадження</w:t>
      </w:r>
      <w:proofErr w:type="spellEnd"/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Плануючи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педагог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враховувати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технічні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закладу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Ефективною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моделлю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r w:rsidRPr="00B633AD">
        <w:rPr>
          <w:rFonts w:ascii="Times New Roman" w:hAnsi="Times New Roman" w:cs="Times New Roman"/>
          <w:sz w:val="28"/>
          <w:szCs w:val="28"/>
        </w:rPr>
        <w:t>BYOD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B633AD">
        <w:rPr>
          <w:rFonts w:ascii="Times New Roman" w:hAnsi="Times New Roman" w:cs="Times New Roman"/>
          <w:sz w:val="28"/>
          <w:szCs w:val="28"/>
        </w:rPr>
        <w:t>Bring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33AD">
        <w:rPr>
          <w:rFonts w:ascii="Times New Roman" w:hAnsi="Times New Roman" w:cs="Times New Roman"/>
          <w:sz w:val="28"/>
          <w:szCs w:val="28"/>
        </w:rPr>
        <w:t>Your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33AD">
        <w:rPr>
          <w:rFonts w:ascii="Times New Roman" w:hAnsi="Times New Roman" w:cs="Times New Roman"/>
          <w:sz w:val="28"/>
          <w:szCs w:val="28"/>
        </w:rPr>
        <w:t>Own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33AD">
        <w:rPr>
          <w:rFonts w:ascii="Times New Roman" w:hAnsi="Times New Roman" w:cs="Times New Roman"/>
          <w:sz w:val="28"/>
          <w:szCs w:val="28"/>
        </w:rPr>
        <w:t>Device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— «принеси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свій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пристрій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»),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використовувати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власні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гаджети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[4].</w:t>
      </w:r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труднощів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стикаються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вчителі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: брак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досвіду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новими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програмами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страх перед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інструментів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методичних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рекомендацій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нестабільний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доступ до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Інтернету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відволікання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навчальної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[2].</w:t>
      </w:r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Тому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важливо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будувати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уроки так,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пристроїв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доцільним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мотивувальним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21642" w:rsidRPr="00B633AD" w:rsidRDefault="00000000" w:rsidP="00B633AD">
      <w:pPr>
        <w:pStyle w:val="3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Переваги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недоліки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Науковець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О.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Слободяник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виокремлює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переваги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пристроїв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доступність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компактність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інформацією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відповідність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сучасним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тенденціям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[2].</w:t>
      </w:r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Т.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Грановська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додає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додаткові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характеристики: простота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використанні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налаштування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потреби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користувача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безперервність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доступу до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матеріалів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[5].</w:t>
      </w:r>
    </w:p>
    <w:p w:rsidR="00C21642" w:rsidRPr="00B633AD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основних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недоліків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належать: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висока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вартість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пристроїв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обмеженість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пам’яті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невеликий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розмір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екрана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відмінності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системних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характеристиках,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нестабільна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передачі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даних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[1].</w:t>
      </w:r>
    </w:p>
    <w:p w:rsidR="00C21642" w:rsidRPr="00B633AD" w:rsidRDefault="00000000" w:rsidP="00B633AD">
      <w:pPr>
        <w:pStyle w:val="3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Класифікація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застосунків</w:t>
      </w:r>
      <w:proofErr w:type="spellEnd"/>
    </w:p>
    <w:p w:rsidR="00C21642" w:rsidRDefault="00000000" w:rsidP="00B633AD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Єдиної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класифікації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додатків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наразі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існує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За Т.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Грановською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поділити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групи [5]: словники,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перекладачі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довідники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вікторини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книги, тести,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визначники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вільному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доступі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Інтернеті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є велика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безкоштовних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додатків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сайтів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допомагають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lastRenderedPageBreak/>
        <w:t>підвищити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мотивацію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урізноманітнити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сучасним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інтерактивним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цікавим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633AD" w:rsidRPr="00B633AD" w:rsidRDefault="00B633AD" w:rsidP="00B633AD">
      <w:pPr>
        <w:pStyle w:val="a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>Рекоменду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ю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вчителям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B633AD">
        <w:rPr>
          <w:rFonts w:ascii="Times New Roman" w:hAnsi="Times New Roman" w:cs="Times New Roman"/>
          <w:spacing w:val="45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B633AD">
        <w:rPr>
          <w:rFonts w:ascii="Times New Roman" w:hAnsi="Times New Roman" w:cs="Times New Roman"/>
          <w:spacing w:val="43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навчають</w:t>
      </w:r>
      <w:proofErr w:type="spellEnd"/>
      <w:r w:rsidRPr="00B633AD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чнів</w:t>
      </w:r>
      <w:proofErr w:type="spellEnd"/>
      <w:r w:rsidRPr="00B633AD">
        <w:rPr>
          <w:rFonts w:ascii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>предметам</w:t>
      </w:r>
      <w:r w:rsidRPr="00B633AD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B633AD">
        <w:rPr>
          <w:rFonts w:ascii="Times New Roman" w:hAnsi="Times New Roman" w:cs="Times New Roman"/>
          <w:spacing w:val="-2"/>
          <w:sz w:val="28"/>
          <w:szCs w:val="28"/>
          <w:lang w:val="ru-RU"/>
        </w:rPr>
        <w:t>«</w:t>
      </w:r>
      <w:proofErr w:type="spellStart"/>
      <w:r w:rsidRPr="00B633AD">
        <w:rPr>
          <w:rFonts w:ascii="Times New Roman" w:hAnsi="Times New Roman" w:cs="Times New Roman"/>
          <w:spacing w:val="-2"/>
          <w:sz w:val="28"/>
          <w:szCs w:val="28"/>
          <w:lang w:val="ru-RU"/>
        </w:rPr>
        <w:t>Біологія</w:t>
      </w:r>
      <w:proofErr w:type="spellEnd"/>
      <w:r w:rsidRPr="00B633AD">
        <w:rPr>
          <w:rFonts w:ascii="Times New Roman" w:hAnsi="Times New Roman" w:cs="Times New Roman"/>
          <w:spacing w:val="-2"/>
          <w:sz w:val="28"/>
          <w:szCs w:val="28"/>
          <w:lang w:val="ru-RU"/>
        </w:rPr>
        <w:t>»,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Біології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екологія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використовувати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освітньої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застосунки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розміщені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таблиці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1.</w:t>
      </w:r>
    </w:p>
    <w:p w:rsidR="00B633AD" w:rsidRPr="00B633AD" w:rsidRDefault="00B633AD" w:rsidP="00B633AD">
      <w:pPr>
        <w:pStyle w:val="a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1 –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застосунки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предметам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біології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pacing w:val="-2"/>
          <w:sz w:val="28"/>
          <w:szCs w:val="28"/>
          <w:lang w:val="ru-RU"/>
        </w:rPr>
        <w:t>екології</w:t>
      </w:r>
      <w:proofErr w:type="spellEnd"/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677"/>
        <w:gridCol w:w="4682"/>
        <w:gridCol w:w="254"/>
        <w:gridCol w:w="9"/>
        <w:gridCol w:w="1454"/>
        <w:gridCol w:w="11"/>
        <w:gridCol w:w="255"/>
        <w:gridCol w:w="588"/>
        <w:gridCol w:w="1493"/>
        <w:gridCol w:w="583"/>
      </w:tblGrid>
      <w:tr w:rsidR="00B633AD" w:rsidTr="00B633AD">
        <w:trPr>
          <w:gridBefore w:val="1"/>
          <w:wBefore w:w="34" w:type="dxa"/>
          <w:trHeight w:val="964"/>
        </w:trPr>
        <w:tc>
          <w:tcPr>
            <w:tcW w:w="677" w:type="dxa"/>
          </w:tcPr>
          <w:p w:rsidR="00B633AD" w:rsidRDefault="00B633AD" w:rsidP="00281658">
            <w:pPr>
              <w:pStyle w:val="TableParagraph"/>
              <w:ind w:left="172" w:right="151" w:firstLine="33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№ </w:t>
            </w:r>
            <w:r>
              <w:rPr>
                <w:spacing w:val="-5"/>
                <w:sz w:val="28"/>
              </w:rPr>
              <w:t>з/п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before="314"/>
              <w:ind w:left="67" w:right="64"/>
              <w:jc w:val="center"/>
              <w:rPr>
                <w:sz w:val="28"/>
              </w:rPr>
            </w:pPr>
            <w:r>
              <w:rPr>
                <w:sz w:val="28"/>
              </w:rPr>
              <w:t>Назва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мобільного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застосунку/сайту</w:t>
            </w:r>
          </w:p>
        </w:tc>
        <w:tc>
          <w:tcPr>
            <w:tcW w:w="1983" w:type="dxa"/>
            <w:gridSpan w:val="5"/>
          </w:tcPr>
          <w:p w:rsidR="00B633AD" w:rsidRDefault="00B633AD" w:rsidP="00281658">
            <w:pPr>
              <w:pStyle w:val="TableParagraph"/>
              <w:spacing w:before="314"/>
              <w:ind w:left="537"/>
              <w:rPr>
                <w:sz w:val="28"/>
              </w:rPr>
            </w:pPr>
            <w:r>
              <w:rPr>
                <w:spacing w:val="-2"/>
                <w:sz w:val="28"/>
              </w:rPr>
              <w:t>QR-</w:t>
            </w:r>
            <w:r>
              <w:rPr>
                <w:spacing w:val="-5"/>
                <w:sz w:val="28"/>
              </w:rPr>
              <w:t>код</w:t>
            </w:r>
          </w:p>
        </w:tc>
        <w:tc>
          <w:tcPr>
            <w:tcW w:w="2659" w:type="dxa"/>
            <w:gridSpan w:val="3"/>
          </w:tcPr>
          <w:p w:rsidR="00B633AD" w:rsidRDefault="00B633AD" w:rsidP="00281658">
            <w:pPr>
              <w:pStyle w:val="TableParagraph"/>
              <w:ind w:left="46" w:right="30"/>
              <w:jc w:val="center"/>
              <w:rPr>
                <w:sz w:val="28"/>
              </w:rPr>
            </w:pPr>
            <w:r>
              <w:rPr>
                <w:sz w:val="28"/>
              </w:rPr>
              <w:t>Зображення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іконки </w:t>
            </w:r>
            <w:r>
              <w:rPr>
                <w:spacing w:val="-2"/>
                <w:sz w:val="28"/>
              </w:rPr>
              <w:t>мобільного</w:t>
            </w:r>
          </w:p>
          <w:p w:rsidR="00B633AD" w:rsidRDefault="00B633AD" w:rsidP="00281658">
            <w:pPr>
              <w:pStyle w:val="TableParagraph"/>
              <w:spacing w:line="308" w:lineRule="exact"/>
              <w:ind w:left="46" w:right="3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застосунку</w:t>
            </w:r>
          </w:p>
        </w:tc>
      </w:tr>
      <w:tr w:rsidR="00B633AD" w:rsidTr="00B633AD">
        <w:trPr>
          <w:gridBefore w:val="1"/>
          <w:wBefore w:w="34" w:type="dxa"/>
          <w:trHeight w:val="257"/>
        </w:trPr>
        <w:tc>
          <w:tcPr>
            <w:tcW w:w="677" w:type="dxa"/>
          </w:tcPr>
          <w:p w:rsidR="00B633AD" w:rsidRDefault="00B633AD" w:rsidP="00281658">
            <w:pPr>
              <w:pStyle w:val="TableParagraph"/>
              <w:spacing w:line="238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1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line="238" w:lineRule="exact"/>
              <w:ind w:left="65" w:right="65"/>
              <w:jc w:val="center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2</w:t>
            </w:r>
          </w:p>
        </w:tc>
        <w:tc>
          <w:tcPr>
            <w:tcW w:w="1983" w:type="dxa"/>
            <w:gridSpan w:val="5"/>
            <w:tcBorders>
              <w:bottom w:val="nil"/>
            </w:tcBorders>
          </w:tcPr>
          <w:p w:rsidR="00B633AD" w:rsidRDefault="00B633AD" w:rsidP="00281658">
            <w:pPr>
              <w:pStyle w:val="TableParagraph"/>
              <w:spacing w:line="238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3</w:t>
            </w:r>
          </w:p>
        </w:tc>
        <w:tc>
          <w:tcPr>
            <w:tcW w:w="2659" w:type="dxa"/>
            <w:gridSpan w:val="3"/>
            <w:tcBorders>
              <w:bottom w:val="nil"/>
            </w:tcBorders>
          </w:tcPr>
          <w:p w:rsidR="00B633AD" w:rsidRDefault="00B633AD" w:rsidP="00281658">
            <w:pPr>
              <w:pStyle w:val="TableParagraph"/>
              <w:spacing w:line="238" w:lineRule="exact"/>
              <w:ind w:left="46" w:right="31"/>
              <w:jc w:val="center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4</w:t>
            </w:r>
          </w:p>
        </w:tc>
      </w:tr>
      <w:tr w:rsidR="00B633AD" w:rsidTr="00B633AD">
        <w:trPr>
          <w:gridBefore w:val="1"/>
          <w:wBefore w:w="34" w:type="dxa"/>
          <w:trHeight w:val="1490"/>
        </w:trPr>
        <w:tc>
          <w:tcPr>
            <w:tcW w:w="677" w:type="dxa"/>
          </w:tcPr>
          <w:p w:rsidR="00B633AD" w:rsidRDefault="00B633AD" w:rsidP="00281658">
            <w:pPr>
              <w:pStyle w:val="TableParagraph"/>
              <w:spacing w:line="295" w:lineRule="exact"/>
              <w:ind w:lef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before="102" w:line="322" w:lineRule="exact"/>
              <w:ind w:left="65" w:right="71"/>
              <w:jc w:val="center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PlantNet</w:t>
            </w:r>
            <w:proofErr w:type="spellEnd"/>
            <w:r>
              <w:rPr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Plant</w:t>
            </w:r>
            <w:proofErr w:type="spellEnd"/>
            <w:r>
              <w:rPr>
                <w:i/>
                <w:spacing w:val="-12"/>
                <w:sz w:val="28"/>
              </w:rPr>
              <w:t xml:space="preserve"> </w:t>
            </w:r>
            <w:proofErr w:type="spellStart"/>
            <w:r>
              <w:rPr>
                <w:i/>
                <w:spacing w:val="-2"/>
                <w:sz w:val="28"/>
              </w:rPr>
              <w:t>Identification</w:t>
            </w:r>
            <w:proofErr w:type="spellEnd"/>
          </w:p>
          <w:p w:rsidR="00B633AD" w:rsidRDefault="00B633AD" w:rsidP="00281658">
            <w:pPr>
              <w:pStyle w:val="TableParagraph"/>
              <w:ind w:left="65" w:right="64"/>
              <w:jc w:val="center"/>
              <w:rPr>
                <w:sz w:val="28"/>
              </w:rPr>
            </w:pPr>
            <w:r>
              <w:rPr>
                <w:sz w:val="28"/>
              </w:rPr>
              <w:t>(дозволяє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ідентифікацію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пошук назв і видів більшості садових і дикоростучих рослин)</w:t>
            </w:r>
          </w:p>
        </w:tc>
        <w:tc>
          <w:tcPr>
            <w:tcW w:w="263" w:type="dxa"/>
            <w:gridSpan w:val="2"/>
            <w:tcBorders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1454" w:type="dxa"/>
            <w:tcBorders>
              <w:top w:val="thinThickMediumGap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spacing w:before="8"/>
              <w:rPr>
                <w:sz w:val="9"/>
              </w:rPr>
            </w:pPr>
          </w:p>
          <w:p w:rsidR="00B633AD" w:rsidRDefault="00B633AD" w:rsidP="00281658">
            <w:pPr>
              <w:pStyle w:val="TableParagraph"/>
              <w:ind w:left="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C7CB054" wp14:editId="268530ED">
                  <wp:extent cx="810344" cy="809244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344" cy="809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" w:type="dxa"/>
            <w:gridSpan w:val="2"/>
            <w:tcBorders>
              <w:lef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588" w:type="dxa"/>
            <w:tcBorders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1488" w:type="dxa"/>
            <w:tcBorders>
              <w:top w:val="thinThickMediumGap" w:sz="4" w:space="0" w:color="000000"/>
              <w:left w:val="single" w:sz="8" w:space="0" w:color="000000"/>
              <w:bottom w:val="thinThickThinSmallGap" w:sz="8" w:space="0" w:color="000000"/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ind w:left="-1" w:right="-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B2C698" wp14:editId="0B798E89">
                  <wp:extent cx="938546" cy="933450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546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tcBorders>
              <w:lef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</w:tr>
      <w:tr w:rsidR="00B633AD" w:rsidTr="00B633AD">
        <w:trPr>
          <w:gridBefore w:val="1"/>
          <w:wBefore w:w="34" w:type="dxa"/>
          <w:trHeight w:val="1485"/>
        </w:trPr>
        <w:tc>
          <w:tcPr>
            <w:tcW w:w="677" w:type="dxa"/>
          </w:tcPr>
          <w:p w:rsidR="00B633AD" w:rsidRDefault="00B633AD" w:rsidP="00281658">
            <w:pPr>
              <w:pStyle w:val="TableParagraph"/>
              <w:spacing w:line="280" w:lineRule="exact"/>
              <w:ind w:lef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before="188" w:line="322" w:lineRule="exact"/>
              <w:ind w:left="65" w:right="68"/>
              <w:jc w:val="center"/>
              <w:rPr>
                <w:i/>
                <w:sz w:val="28"/>
              </w:rPr>
            </w:pPr>
            <w:proofErr w:type="spellStart"/>
            <w:r>
              <w:rPr>
                <w:i/>
                <w:spacing w:val="-2"/>
                <w:sz w:val="28"/>
              </w:rPr>
              <w:t>iNaturalist</w:t>
            </w:r>
            <w:proofErr w:type="spellEnd"/>
          </w:p>
          <w:p w:rsidR="00B633AD" w:rsidRDefault="00B633AD" w:rsidP="00281658">
            <w:pPr>
              <w:pStyle w:val="TableParagraph"/>
              <w:ind w:left="69" w:right="64"/>
              <w:jc w:val="center"/>
              <w:rPr>
                <w:sz w:val="28"/>
              </w:rPr>
            </w:pPr>
            <w:r>
              <w:rPr>
                <w:sz w:val="28"/>
              </w:rPr>
              <w:t>(орієнтований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ідентифікацію </w:t>
            </w:r>
            <w:proofErr w:type="spellStart"/>
            <w:r>
              <w:rPr>
                <w:sz w:val="28"/>
              </w:rPr>
              <w:t>дикозростаючих</w:t>
            </w:r>
            <w:proofErr w:type="spellEnd"/>
            <w:r>
              <w:rPr>
                <w:sz w:val="28"/>
              </w:rPr>
              <w:t xml:space="preserve"> рослин)</w:t>
            </w:r>
          </w:p>
        </w:tc>
        <w:tc>
          <w:tcPr>
            <w:tcW w:w="263" w:type="dxa"/>
            <w:gridSpan w:val="2"/>
            <w:tcBorders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1454" w:type="dxa"/>
            <w:tcBorders>
              <w:top w:val="thickThinMediumGap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spacing w:before="9"/>
              <w:rPr>
                <w:sz w:val="8"/>
              </w:rPr>
            </w:pPr>
          </w:p>
          <w:p w:rsidR="00B633AD" w:rsidRDefault="00B633AD" w:rsidP="00281658">
            <w:pPr>
              <w:pStyle w:val="TableParagraph"/>
              <w:ind w:left="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5DE507" wp14:editId="1A280D6B">
                  <wp:extent cx="800100" cy="800100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" w:type="dxa"/>
            <w:gridSpan w:val="2"/>
            <w:tcBorders>
              <w:lef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588" w:type="dxa"/>
            <w:tcBorders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1488" w:type="dxa"/>
            <w:tcBorders>
              <w:top w:val="thinThickThinSmallGap" w:sz="8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ind w:left="7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D978D7A" wp14:editId="0A1B3F5D">
                  <wp:extent cx="913828" cy="913828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828" cy="913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tcBorders>
              <w:lef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</w:tr>
      <w:tr w:rsidR="00B633AD" w:rsidTr="00B633AD">
        <w:trPr>
          <w:gridBefore w:val="1"/>
          <w:wBefore w:w="34" w:type="dxa"/>
          <w:trHeight w:val="1530"/>
        </w:trPr>
        <w:tc>
          <w:tcPr>
            <w:tcW w:w="677" w:type="dxa"/>
          </w:tcPr>
          <w:p w:rsidR="00B633AD" w:rsidRDefault="00B633AD" w:rsidP="00281658">
            <w:pPr>
              <w:pStyle w:val="TableParagraph"/>
              <w:spacing w:line="295" w:lineRule="exact"/>
              <w:ind w:lef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before="107" w:line="322" w:lineRule="exact"/>
              <w:ind w:left="65" w:right="6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Що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це за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квітка?</w:t>
            </w:r>
          </w:p>
          <w:p w:rsidR="00B633AD" w:rsidRDefault="00B633AD" w:rsidP="00281658">
            <w:pPr>
              <w:pStyle w:val="TableParagraph"/>
              <w:ind w:left="110" w:right="115" w:firstLine="9"/>
              <w:jc w:val="center"/>
              <w:rPr>
                <w:sz w:val="28"/>
              </w:rPr>
            </w:pPr>
            <w:r>
              <w:rPr>
                <w:sz w:val="28"/>
              </w:rPr>
              <w:t>(ідентифікатор квіткових рослин за кольором,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середовищем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зростання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та кількістю пелюсток)</w:t>
            </w:r>
          </w:p>
        </w:tc>
        <w:tc>
          <w:tcPr>
            <w:tcW w:w="263" w:type="dxa"/>
            <w:gridSpan w:val="2"/>
            <w:tcBorders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1454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spacing w:before="7" w:after="1"/>
              <w:rPr>
                <w:sz w:val="10"/>
              </w:rPr>
            </w:pPr>
          </w:p>
          <w:p w:rsidR="00B633AD" w:rsidRDefault="00B633AD" w:rsidP="00281658">
            <w:pPr>
              <w:pStyle w:val="TableParagraph"/>
              <w:ind w:left="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25A958C" wp14:editId="7827EFA0">
                  <wp:extent cx="800100" cy="800100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" w:type="dxa"/>
            <w:gridSpan w:val="2"/>
            <w:tcBorders>
              <w:lef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2659" w:type="dxa"/>
            <w:gridSpan w:val="3"/>
            <w:tcBorders>
              <w:top w:val="nil"/>
            </w:tcBorders>
          </w:tcPr>
          <w:p w:rsidR="00B633AD" w:rsidRDefault="00B633AD" w:rsidP="00281658">
            <w:pPr>
              <w:pStyle w:val="TableParagraph"/>
              <w:spacing w:before="7"/>
              <w:rPr>
                <w:sz w:val="3"/>
              </w:rPr>
            </w:pPr>
          </w:p>
          <w:p w:rsidR="00B633AD" w:rsidRDefault="00B633AD" w:rsidP="00281658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F20D02D" wp14:editId="18DF1C5A">
                      <wp:extent cx="939165" cy="908685"/>
                      <wp:effectExtent l="0" t="0" r="0" b="571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9165" cy="908685"/>
                                <a:chOff x="0" y="0"/>
                                <a:chExt cx="939165" cy="9086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05" y="9779"/>
                                  <a:ext cx="914400" cy="883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939165" cy="908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9165" h="908685">
                                      <a:moveTo>
                                        <a:pt x="12179" y="896505"/>
                                      </a:moveTo>
                                      <a:lnTo>
                                        <a:pt x="0" y="896505"/>
                                      </a:lnTo>
                                      <a:lnTo>
                                        <a:pt x="0" y="908685"/>
                                      </a:lnTo>
                                      <a:lnTo>
                                        <a:pt x="12179" y="908685"/>
                                      </a:lnTo>
                                      <a:lnTo>
                                        <a:pt x="12179" y="896505"/>
                                      </a:lnTo>
                                      <a:close/>
                                    </a:path>
                                    <a:path w="939165" h="908685">
                                      <a:moveTo>
                                        <a:pt x="12179" y="12280"/>
                                      </a:moveTo>
                                      <a:lnTo>
                                        <a:pt x="0" y="12280"/>
                                      </a:lnTo>
                                      <a:lnTo>
                                        <a:pt x="0" y="896493"/>
                                      </a:lnTo>
                                      <a:lnTo>
                                        <a:pt x="12179" y="896493"/>
                                      </a:lnTo>
                                      <a:lnTo>
                                        <a:pt x="12179" y="12280"/>
                                      </a:lnTo>
                                      <a:close/>
                                    </a:path>
                                    <a:path w="939165" h="908685">
                                      <a:moveTo>
                                        <a:pt x="121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2179" y="12192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939165" h="908685">
                                      <a:moveTo>
                                        <a:pt x="939025" y="896505"/>
                                      </a:moveTo>
                                      <a:lnTo>
                                        <a:pt x="926896" y="896505"/>
                                      </a:lnTo>
                                      <a:lnTo>
                                        <a:pt x="12192" y="896505"/>
                                      </a:lnTo>
                                      <a:lnTo>
                                        <a:pt x="12192" y="908685"/>
                                      </a:lnTo>
                                      <a:lnTo>
                                        <a:pt x="926846" y="908685"/>
                                      </a:lnTo>
                                      <a:lnTo>
                                        <a:pt x="939025" y="908685"/>
                                      </a:lnTo>
                                      <a:lnTo>
                                        <a:pt x="939025" y="896505"/>
                                      </a:lnTo>
                                      <a:close/>
                                    </a:path>
                                    <a:path w="939165" h="908685">
                                      <a:moveTo>
                                        <a:pt x="939025" y="12280"/>
                                      </a:moveTo>
                                      <a:lnTo>
                                        <a:pt x="926846" y="12280"/>
                                      </a:lnTo>
                                      <a:lnTo>
                                        <a:pt x="926846" y="896493"/>
                                      </a:lnTo>
                                      <a:lnTo>
                                        <a:pt x="939025" y="896493"/>
                                      </a:lnTo>
                                      <a:lnTo>
                                        <a:pt x="939025" y="12280"/>
                                      </a:lnTo>
                                      <a:close/>
                                    </a:path>
                                    <a:path w="939165" h="908685">
                                      <a:moveTo>
                                        <a:pt x="939025" y="0"/>
                                      </a:moveTo>
                                      <a:lnTo>
                                        <a:pt x="92689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926846" y="12192"/>
                                      </a:lnTo>
                                      <a:lnTo>
                                        <a:pt x="939025" y="12192"/>
                                      </a:lnTo>
                                      <a:lnTo>
                                        <a:pt x="939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A2DCC3" id="Group 6" o:spid="_x0000_s1026" style="width:73.95pt;height:71.55pt;mso-position-horizontal-relative:char;mso-position-vertical-relative:line" coordsize="9391,90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left:99;top:97;width:9144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">
                        <v:imagedata r:id="rId12" o:title=""/>
                      </v:shape>
                      <v:shape id="Graphic 8" o:spid="_x0000_s1028" style="position:absolute;width:9391;height:9086;visibility:visible;mso-wrap-style:square;v-text-anchor:top" coordsize="939165,908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" path="m12179,896505l,896505r,12180l12179,908685r,-12180xem12179,12280l,12280,,896493r12179,l12179,12280xem12179,l,,,12192r12179,l12179,xem939025,896505r-12129,l12192,896505r,12180l926846,908685r12179,l939025,896505xem939025,12280r-12179,l926846,896493r12179,l939025,12280xem939025,l926896,,12192,r,12192l926846,12192r12179,l93902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633AD" w:rsidTr="00B633AD">
        <w:trPr>
          <w:trHeight w:val="1472"/>
        </w:trPr>
        <w:tc>
          <w:tcPr>
            <w:tcW w:w="711" w:type="dxa"/>
            <w:gridSpan w:val="2"/>
          </w:tcPr>
          <w:p w:rsidR="00B633AD" w:rsidRDefault="00B633AD" w:rsidP="00281658">
            <w:pPr>
              <w:pStyle w:val="TableParagraph"/>
              <w:spacing w:line="295" w:lineRule="exact"/>
              <w:ind w:right="257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before="246"/>
              <w:ind w:left="172" w:firstLine="1248"/>
              <w:rPr>
                <w:sz w:val="28"/>
              </w:rPr>
            </w:pPr>
            <w:r>
              <w:rPr>
                <w:i/>
                <w:sz w:val="28"/>
              </w:rPr>
              <w:t xml:space="preserve">Птахи України </w:t>
            </w:r>
            <w:r>
              <w:rPr>
                <w:sz w:val="28"/>
              </w:rPr>
              <w:t>(орнітологічний визначник з фото, описами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звуками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птахів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України)</w:t>
            </w:r>
          </w:p>
        </w:tc>
        <w:tc>
          <w:tcPr>
            <w:tcW w:w="254" w:type="dxa"/>
            <w:tcBorders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1474" w:type="dxa"/>
            <w:gridSpan w:val="3"/>
            <w:tcBorders>
              <w:top w:val="thinThickMediumGap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spacing w:before="7"/>
              <w:rPr>
                <w:i/>
                <w:sz w:val="8"/>
              </w:rPr>
            </w:pPr>
          </w:p>
          <w:p w:rsidR="00B633AD" w:rsidRDefault="00B633AD" w:rsidP="00281658">
            <w:pPr>
              <w:pStyle w:val="TableParagraph"/>
              <w:ind w:left="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100F910" wp14:editId="0D5FB76D">
                  <wp:extent cx="813816" cy="813816"/>
                  <wp:effectExtent l="0" t="0" r="0" b="0"/>
                  <wp:docPr id="156133155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816" cy="813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" w:type="dxa"/>
            <w:tcBorders>
              <w:lef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585" w:type="dxa"/>
            <w:tcBorders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  <w:tc>
          <w:tcPr>
            <w:tcW w:w="149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633AD" w:rsidRDefault="00B633AD" w:rsidP="00281658">
            <w:pPr>
              <w:pStyle w:val="TableParagraph"/>
              <w:ind w:left="2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C0C978E" wp14:editId="7A1EFCF2">
                  <wp:extent cx="925475" cy="924972"/>
                  <wp:effectExtent l="0" t="0" r="0" b="0"/>
                  <wp:docPr id="662887351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475" cy="924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dxa"/>
            <w:tcBorders>
              <w:left w:val="single" w:sz="8" w:space="0" w:color="000000"/>
            </w:tcBorders>
          </w:tcPr>
          <w:p w:rsidR="00B633AD" w:rsidRDefault="00B633AD" w:rsidP="00281658">
            <w:pPr>
              <w:pStyle w:val="TableParagraph"/>
              <w:rPr>
                <w:sz w:val="26"/>
              </w:rPr>
            </w:pPr>
          </w:p>
        </w:tc>
      </w:tr>
      <w:tr w:rsidR="00B633AD" w:rsidTr="00B633AD">
        <w:trPr>
          <w:trHeight w:val="1612"/>
        </w:trPr>
        <w:tc>
          <w:tcPr>
            <w:tcW w:w="711" w:type="dxa"/>
            <w:gridSpan w:val="2"/>
          </w:tcPr>
          <w:p w:rsidR="00B633AD" w:rsidRDefault="00B633AD" w:rsidP="00281658">
            <w:pPr>
              <w:pStyle w:val="TableParagraph"/>
              <w:spacing w:line="295" w:lineRule="exact"/>
              <w:ind w:right="257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ind w:left="201" w:right="199" w:hanging="5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 xml:space="preserve">Плазуни і Земноводні України </w:t>
            </w:r>
            <w:r>
              <w:rPr>
                <w:sz w:val="28"/>
              </w:rPr>
              <w:t>(довідник з фото, описами та звуками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родині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жаб’ячі),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якому вміщено усі види плазунів та</w:t>
            </w:r>
          </w:p>
          <w:p w:rsidR="00B633AD" w:rsidRDefault="00B633AD" w:rsidP="00281658">
            <w:pPr>
              <w:pStyle w:val="TableParagraph"/>
              <w:spacing w:line="317" w:lineRule="exact"/>
              <w:ind w:left="65" w:right="66"/>
              <w:jc w:val="center"/>
              <w:rPr>
                <w:sz w:val="28"/>
              </w:rPr>
            </w:pPr>
            <w:r>
              <w:rPr>
                <w:sz w:val="28"/>
              </w:rPr>
              <w:t>земноводних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України)</w:t>
            </w:r>
          </w:p>
        </w:tc>
        <w:tc>
          <w:tcPr>
            <w:tcW w:w="1982" w:type="dxa"/>
            <w:gridSpan w:val="5"/>
            <w:tcBorders>
              <w:top w:val="nil"/>
            </w:tcBorders>
          </w:tcPr>
          <w:p w:rsidR="00B633AD" w:rsidRDefault="00B633AD" w:rsidP="00281658">
            <w:pPr>
              <w:pStyle w:val="TableParagraph"/>
              <w:spacing w:before="10"/>
              <w:rPr>
                <w:i/>
                <w:sz w:val="4"/>
              </w:rPr>
            </w:pPr>
          </w:p>
          <w:p w:rsidR="00B633AD" w:rsidRDefault="002A3186" w:rsidP="00281658">
            <w:pPr>
              <w:pStyle w:val="TableParagraph"/>
              <w:ind w:left="24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AD0EB8E" wp14:editId="4B24E1A9">
                  <wp:extent cx="990600" cy="943349"/>
                  <wp:effectExtent l="0" t="0" r="0" b="9525"/>
                  <wp:docPr id="197444302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4443023" name=""/>
                          <pic:cNvPicPr/>
                        </pic:nvPicPr>
                        <pic:blipFill rotWithShape="1">
                          <a:blip r:embed="rId15"/>
                          <a:srcRect l="54093" t="35398" r="37974" b="511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920" cy="952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9" w:type="dxa"/>
            <w:gridSpan w:val="3"/>
            <w:tcBorders>
              <w:top w:val="single" w:sz="12" w:space="0" w:color="000000"/>
            </w:tcBorders>
          </w:tcPr>
          <w:p w:rsidR="00B633AD" w:rsidRDefault="00B633AD" w:rsidP="00281658">
            <w:pPr>
              <w:pStyle w:val="TableParagraph"/>
              <w:spacing w:before="5"/>
              <w:rPr>
                <w:i/>
                <w:sz w:val="4"/>
              </w:rPr>
            </w:pPr>
          </w:p>
          <w:p w:rsidR="00B633AD" w:rsidRDefault="00B633AD" w:rsidP="00281658">
            <w:pPr>
              <w:pStyle w:val="TableParagraph"/>
              <w:ind w:left="57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8245C4E" wp14:editId="35F5F1C1">
                      <wp:extent cx="966469" cy="948690"/>
                      <wp:effectExtent l="0" t="0" r="0" b="3809"/>
                      <wp:docPr id="670147093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6469" cy="948690"/>
                                <a:chOff x="0" y="0"/>
                                <a:chExt cx="966469" cy="9486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0356770" name="Image 18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33" y="11810"/>
                                  <a:ext cx="934171" cy="9232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66580029" name="Graphic 19"/>
                              <wps:cNvSpPr/>
                              <wps:spPr>
                                <a:xfrm>
                                  <a:off x="0" y="12"/>
                                  <a:ext cx="966469" cy="948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6469" h="948690">
                                      <a:moveTo>
                                        <a:pt x="966470" y="0"/>
                                      </a:moveTo>
                                      <a:lnTo>
                                        <a:pt x="954328" y="0"/>
                                      </a:lnTo>
                                      <a:lnTo>
                                        <a:pt x="954278" y="12179"/>
                                      </a:lnTo>
                                      <a:lnTo>
                                        <a:pt x="954278" y="935977"/>
                                      </a:lnTo>
                                      <a:lnTo>
                                        <a:pt x="12192" y="935977"/>
                                      </a:lnTo>
                                      <a:lnTo>
                                        <a:pt x="12192" y="12179"/>
                                      </a:lnTo>
                                      <a:lnTo>
                                        <a:pt x="954278" y="12179"/>
                                      </a:lnTo>
                                      <a:lnTo>
                                        <a:pt x="954278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28"/>
                                      </a:lnTo>
                                      <a:lnTo>
                                        <a:pt x="0" y="935977"/>
                                      </a:lnTo>
                                      <a:lnTo>
                                        <a:pt x="0" y="948169"/>
                                      </a:lnTo>
                                      <a:lnTo>
                                        <a:pt x="12192" y="948169"/>
                                      </a:lnTo>
                                      <a:lnTo>
                                        <a:pt x="954278" y="948169"/>
                                      </a:lnTo>
                                      <a:lnTo>
                                        <a:pt x="966470" y="948169"/>
                                      </a:lnTo>
                                      <a:lnTo>
                                        <a:pt x="966470" y="935977"/>
                                      </a:lnTo>
                                      <a:lnTo>
                                        <a:pt x="966470" y="12179"/>
                                      </a:lnTo>
                                      <a:lnTo>
                                        <a:pt x="9664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08B64B" id="Group 17" o:spid="_x0000_s1026" style="width:76.1pt;height:74.7pt;mso-position-horizontal-relative:char;mso-position-vertical-relative:line" coordsize="9664,94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">
                      <v:shape id="Image 18" o:spid="_x0000_s1027" type="#_x0000_t75" style="position:absolute;left:100;top:118;width:9342;height:9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">
                        <v:imagedata r:id="rId17" o:title=""/>
                      </v:shape>
                      <v:shape id="Graphic 19" o:spid="_x0000_s1028" style="position:absolute;width:9664;height:9487;visibility:visible;mso-wrap-style:square;v-text-anchor:top" coordsize="966469,948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" path="m966470,l954328,r-50,12179l954278,935977r-942086,l12192,12179r942086,l954278,,12192,,,,,12128,,935977r,12192l12192,948169r942086,l966470,948169r,-12192l966470,12179,96647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633AD" w:rsidTr="00B633AD">
        <w:trPr>
          <w:trHeight w:val="1612"/>
        </w:trPr>
        <w:tc>
          <w:tcPr>
            <w:tcW w:w="711" w:type="dxa"/>
            <w:gridSpan w:val="2"/>
          </w:tcPr>
          <w:p w:rsidR="00B633AD" w:rsidRDefault="00B633AD" w:rsidP="00281658">
            <w:pPr>
              <w:pStyle w:val="TableParagraph"/>
              <w:spacing w:before="314"/>
              <w:ind w:left="11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line="315" w:lineRule="exact"/>
              <w:ind w:left="90" w:right="64"/>
              <w:jc w:val="center"/>
              <w:rPr>
                <w:i/>
                <w:sz w:val="28"/>
              </w:rPr>
            </w:pPr>
            <w:r>
              <w:rPr>
                <w:i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1FB74C4F" wp14:editId="55F74831">
                      <wp:simplePos x="0" y="0"/>
                      <wp:positionH relativeFrom="column">
                        <wp:posOffset>3203655</wp:posOffset>
                      </wp:positionH>
                      <wp:positionV relativeFrom="paragraph">
                        <wp:posOffset>106175</wp:posOffset>
                      </wp:positionV>
                      <wp:extent cx="813435" cy="813435"/>
                      <wp:effectExtent l="0" t="0" r="0" b="0"/>
                      <wp:wrapNone/>
                      <wp:docPr id="1415413283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3435" cy="813435"/>
                                <a:chOff x="0" y="0"/>
                                <a:chExt cx="813435" cy="8134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2801912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9243" cy="8092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3C3932" id="Group 20" o:spid="_x0000_s1026" style="position:absolute;margin-left:252.25pt;margin-top:8.35pt;width:64.05pt;height:64.05pt;z-index:-251654144;mso-wrap-distance-left:0;mso-wrap-distance-right:0" coordsize="8134,81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">
                      <v:shape id="Image 21" o:spid="_x0000_s1027" type="#_x0000_t75" style="position:absolute;width:8092;height:8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">
                        <v:imagedata r:id="rId19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i/>
                <w:spacing w:val="-2"/>
                <w:sz w:val="28"/>
              </w:rPr>
              <w:t>ArBook</w:t>
            </w:r>
            <w:proofErr w:type="spellEnd"/>
          </w:p>
          <w:p w:rsidR="00B633AD" w:rsidRDefault="00B633AD" w:rsidP="00281658">
            <w:pPr>
              <w:pStyle w:val="TableParagraph"/>
              <w:ind w:left="102" w:right="64"/>
              <w:jc w:val="center"/>
              <w:rPr>
                <w:sz w:val="28"/>
              </w:rPr>
            </w:pPr>
            <w:r>
              <w:rPr>
                <w:sz w:val="28"/>
              </w:rPr>
              <w:t>(містить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експерименти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з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розділів біології та енциклопедію із</w:t>
            </w:r>
          </w:p>
          <w:p w:rsidR="00B633AD" w:rsidRDefault="00B633AD" w:rsidP="00281658">
            <w:pPr>
              <w:pStyle w:val="TableParagraph"/>
              <w:spacing w:line="322" w:lineRule="exact"/>
              <w:ind w:left="65" w:right="64"/>
              <w:jc w:val="center"/>
              <w:rPr>
                <w:sz w:val="28"/>
              </w:rPr>
            </w:pPr>
            <w:r>
              <w:rPr>
                <w:sz w:val="28"/>
              </w:rPr>
              <w:t>зображеннями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тварин,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динозаврів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та водних мешканців)</w:t>
            </w:r>
          </w:p>
        </w:tc>
        <w:tc>
          <w:tcPr>
            <w:tcW w:w="1982" w:type="dxa"/>
            <w:gridSpan w:val="5"/>
          </w:tcPr>
          <w:p w:rsidR="00B633AD" w:rsidRDefault="00B633AD" w:rsidP="00281658">
            <w:pPr>
              <w:pStyle w:val="TableParagraph"/>
              <w:spacing w:before="4"/>
              <w:rPr>
                <w:i/>
                <w:sz w:val="5"/>
              </w:rPr>
            </w:pPr>
          </w:p>
          <w:p w:rsidR="00B633AD" w:rsidRDefault="00B633AD" w:rsidP="00281658">
            <w:pPr>
              <w:pStyle w:val="TableParagraph"/>
              <w:ind w:left="25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A99634F" wp14:editId="39838991">
                      <wp:extent cx="948690" cy="948690"/>
                      <wp:effectExtent l="0" t="0" r="0" b="0"/>
                      <wp:docPr id="110189093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8690" cy="948690"/>
                                <a:chOff x="0" y="0"/>
                                <a:chExt cx="948690" cy="948690"/>
                              </a:xfrm>
                            </wpg:grpSpPr>
                            <wps:wsp>
                              <wps:cNvPr id="658485257" name="Graphic 23"/>
                              <wps:cNvSpPr/>
                              <wps:spPr>
                                <a:xfrm>
                                  <a:off x="0" y="0"/>
                                  <a:ext cx="948690" cy="948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8690" h="948690">
                                      <a:moveTo>
                                        <a:pt x="12192" y="12268"/>
                                      </a:moveTo>
                                      <a:lnTo>
                                        <a:pt x="0" y="12268"/>
                                      </a:lnTo>
                                      <a:lnTo>
                                        <a:pt x="0" y="936117"/>
                                      </a:lnTo>
                                      <a:lnTo>
                                        <a:pt x="12192" y="936117"/>
                                      </a:lnTo>
                                      <a:lnTo>
                                        <a:pt x="12192" y="12268"/>
                                      </a:lnTo>
                                      <a:close/>
                                    </a:path>
                                    <a:path w="948690" h="948690">
                                      <a:moveTo>
                                        <a:pt x="936332" y="936129"/>
                                      </a:moveTo>
                                      <a:lnTo>
                                        <a:pt x="12192" y="936129"/>
                                      </a:lnTo>
                                      <a:lnTo>
                                        <a:pt x="0" y="936129"/>
                                      </a:lnTo>
                                      <a:lnTo>
                                        <a:pt x="0" y="948309"/>
                                      </a:lnTo>
                                      <a:lnTo>
                                        <a:pt x="12192" y="948309"/>
                                      </a:lnTo>
                                      <a:lnTo>
                                        <a:pt x="936332" y="948309"/>
                                      </a:lnTo>
                                      <a:lnTo>
                                        <a:pt x="936332" y="936129"/>
                                      </a:lnTo>
                                      <a:close/>
                                    </a:path>
                                    <a:path w="948690" h="948690">
                                      <a:moveTo>
                                        <a:pt x="93633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936332" y="12192"/>
                                      </a:lnTo>
                                      <a:lnTo>
                                        <a:pt x="936332" y="0"/>
                                      </a:lnTo>
                                      <a:close/>
                                    </a:path>
                                    <a:path w="948690" h="948690">
                                      <a:moveTo>
                                        <a:pt x="948550" y="936129"/>
                                      </a:moveTo>
                                      <a:lnTo>
                                        <a:pt x="936371" y="936129"/>
                                      </a:lnTo>
                                      <a:lnTo>
                                        <a:pt x="936371" y="948309"/>
                                      </a:lnTo>
                                      <a:lnTo>
                                        <a:pt x="948550" y="948309"/>
                                      </a:lnTo>
                                      <a:lnTo>
                                        <a:pt x="948550" y="936129"/>
                                      </a:lnTo>
                                      <a:close/>
                                    </a:path>
                                    <a:path w="948690" h="948690">
                                      <a:moveTo>
                                        <a:pt x="948550" y="12268"/>
                                      </a:moveTo>
                                      <a:lnTo>
                                        <a:pt x="936371" y="12268"/>
                                      </a:lnTo>
                                      <a:lnTo>
                                        <a:pt x="936371" y="936117"/>
                                      </a:lnTo>
                                      <a:lnTo>
                                        <a:pt x="948550" y="936117"/>
                                      </a:lnTo>
                                      <a:lnTo>
                                        <a:pt x="948550" y="12268"/>
                                      </a:lnTo>
                                      <a:close/>
                                    </a:path>
                                    <a:path w="948690" h="948690">
                                      <a:moveTo>
                                        <a:pt x="948550" y="0"/>
                                      </a:moveTo>
                                      <a:lnTo>
                                        <a:pt x="936371" y="0"/>
                                      </a:lnTo>
                                      <a:lnTo>
                                        <a:pt x="936371" y="12192"/>
                                      </a:lnTo>
                                      <a:lnTo>
                                        <a:pt x="948550" y="12192"/>
                                      </a:lnTo>
                                      <a:lnTo>
                                        <a:pt x="9485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C8F9D2" id="Group 22" o:spid="_x0000_s1026" style="width:74.7pt;height:74.7pt;mso-position-horizontal-relative:char;mso-position-vertical-relative:line" coordsize="9486,9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">
                      <v:shape id="Graphic 23" o:spid="_x0000_s1027" style="position:absolute;width:9486;height:9486;visibility:visible;mso-wrap-style:square;v-text-anchor:top" coordsize="948690,948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" path="m12192,12268l,12268,,936117r12192,l12192,12268xem936332,936129r-924140,l,936129r,12180l12192,948309r924140,l936332,936129xem936332,l12192,,,,,12192r12192,l936332,12192,936332,xem948550,936129r-12179,l936371,948309r12179,l948550,936129xem948550,12268r-12179,l936371,936117r12179,l948550,12268xem948550,l936371,r,12192l948550,12192,94855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59" w:type="dxa"/>
            <w:gridSpan w:val="3"/>
          </w:tcPr>
          <w:p w:rsidR="00B633AD" w:rsidRDefault="00B633AD" w:rsidP="00281658">
            <w:pPr>
              <w:pStyle w:val="TableParagraph"/>
              <w:spacing w:before="6"/>
              <w:rPr>
                <w:i/>
                <w:sz w:val="4"/>
              </w:rPr>
            </w:pPr>
          </w:p>
          <w:p w:rsidR="00B633AD" w:rsidRDefault="00B633AD" w:rsidP="00281658">
            <w:pPr>
              <w:pStyle w:val="TableParagraph"/>
              <w:ind w:left="59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6415E8A" wp14:editId="14D485F7">
                      <wp:extent cx="957580" cy="957580"/>
                      <wp:effectExtent l="0" t="0" r="0" b="4444"/>
                      <wp:docPr id="232307959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7580" cy="957580"/>
                                <a:chOff x="0" y="0"/>
                                <a:chExt cx="957580" cy="9575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7727551" name="Image 2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33" y="11303"/>
                                  <a:ext cx="932815" cy="9328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56210787" name="Graphic 26"/>
                              <wps:cNvSpPr/>
                              <wps:spPr>
                                <a:xfrm>
                                  <a:off x="0" y="0"/>
                                  <a:ext cx="957580" cy="957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7580" h="957580">
                                      <a:moveTo>
                                        <a:pt x="12179" y="945273"/>
                                      </a:moveTo>
                                      <a:lnTo>
                                        <a:pt x="0" y="945273"/>
                                      </a:lnTo>
                                      <a:lnTo>
                                        <a:pt x="0" y="957453"/>
                                      </a:lnTo>
                                      <a:lnTo>
                                        <a:pt x="12179" y="957453"/>
                                      </a:lnTo>
                                      <a:lnTo>
                                        <a:pt x="12179" y="945273"/>
                                      </a:lnTo>
                                      <a:close/>
                                    </a:path>
                                    <a:path w="957580" h="957580">
                                      <a:moveTo>
                                        <a:pt x="12179" y="12268"/>
                                      </a:moveTo>
                                      <a:lnTo>
                                        <a:pt x="0" y="12268"/>
                                      </a:lnTo>
                                      <a:lnTo>
                                        <a:pt x="0" y="945261"/>
                                      </a:lnTo>
                                      <a:lnTo>
                                        <a:pt x="12179" y="945261"/>
                                      </a:lnTo>
                                      <a:lnTo>
                                        <a:pt x="12179" y="12268"/>
                                      </a:lnTo>
                                      <a:close/>
                                    </a:path>
                                    <a:path w="957580" h="957580">
                                      <a:moveTo>
                                        <a:pt x="121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2179" y="12192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957580" h="957580">
                                      <a:moveTo>
                                        <a:pt x="957313" y="945273"/>
                                      </a:moveTo>
                                      <a:lnTo>
                                        <a:pt x="945184" y="945273"/>
                                      </a:lnTo>
                                      <a:lnTo>
                                        <a:pt x="12192" y="945273"/>
                                      </a:lnTo>
                                      <a:lnTo>
                                        <a:pt x="12192" y="957453"/>
                                      </a:lnTo>
                                      <a:lnTo>
                                        <a:pt x="945134" y="957453"/>
                                      </a:lnTo>
                                      <a:lnTo>
                                        <a:pt x="957313" y="957453"/>
                                      </a:lnTo>
                                      <a:lnTo>
                                        <a:pt x="957313" y="945273"/>
                                      </a:lnTo>
                                      <a:close/>
                                    </a:path>
                                    <a:path w="957580" h="957580">
                                      <a:moveTo>
                                        <a:pt x="957313" y="12268"/>
                                      </a:moveTo>
                                      <a:lnTo>
                                        <a:pt x="945134" y="12268"/>
                                      </a:lnTo>
                                      <a:lnTo>
                                        <a:pt x="945134" y="945261"/>
                                      </a:lnTo>
                                      <a:lnTo>
                                        <a:pt x="957313" y="945261"/>
                                      </a:lnTo>
                                      <a:lnTo>
                                        <a:pt x="957313" y="12268"/>
                                      </a:lnTo>
                                      <a:close/>
                                    </a:path>
                                    <a:path w="957580" h="957580">
                                      <a:moveTo>
                                        <a:pt x="957313" y="0"/>
                                      </a:moveTo>
                                      <a:lnTo>
                                        <a:pt x="945184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945134" y="12192"/>
                                      </a:lnTo>
                                      <a:lnTo>
                                        <a:pt x="957313" y="12192"/>
                                      </a:lnTo>
                                      <a:lnTo>
                                        <a:pt x="95731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A1B89" id="Group 24" o:spid="_x0000_s1026" style="width:75.4pt;height:75.4pt;mso-position-horizontal-relative:char;mso-position-vertical-relative:line" coordsize="9575,95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">
                      <v:shape id="Image 25" o:spid="_x0000_s1027" type="#_x0000_t75" style="position:absolute;left:100;top:113;width:9328;height:9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">
                        <v:imagedata r:id="rId21" o:title=""/>
                      </v:shape>
                      <v:shape id="Graphic 26" o:spid="_x0000_s1028" style="position:absolute;width:9575;height:9575;visibility:visible;mso-wrap-style:square;v-text-anchor:top" coordsize="957580,957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" path="m12179,945273l,945273r,12180l12179,957453r,-12180xem12179,12268l,12268,,945261r12179,l12179,12268xem12179,l,,,12192r12179,l12179,xem957313,945273r-12129,l12192,945273r,12180l945134,957453r12179,l957313,945273xem957313,12268r-12179,l945134,945261r12179,l957313,12268xem957313,l945184,,12192,r,12192l945134,12192r12179,l95731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633AD" w:rsidTr="00B633AD">
        <w:trPr>
          <w:trHeight w:val="1694"/>
        </w:trPr>
        <w:tc>
          <w:tcPr>
            <w:tcW w:w="711" w:type="dxa"/>
            <w:gridSpan w:val="2"/>
          </w:tcPr>
          <w:p w:rsidR="00B633AD" w:rsidRDefault="00B633AD" w:rsidP="00281658">
            <w:pPr>
              <w:pStyle w:val="TableParagraph"/>
              <w:spacing w:before="314"/>
              <w:ind w:left="110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before="30"/>
              <w:rPr>
                <w:i/>
                <w:sz w:val="28"/>
              </w:rPr>
            </w:pPr>
          </w:p>
          <w:p w:rsidR="00B633AD" w:rsidRDefault="00B633AD" w:rsidP="00281658">
            <w:pPr>
              <w:pStyle w:val="TableParagraph"/>
              <w:spacing w:before="1"/>
              <w:ind w:left="96" w:right="64"/>
              <w:jc w:val="center"/>
              <w:rPr>
                <w:i/>
                <w:sz w:val="28"/>
              </w:rPr>
            </w:pPr>
            <w:r>
              <w:rPr>
                <w:i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657D2DCE" wp14:editId="0E533545">
                      <wp:simplePos x="0" y="0"/>
                      <wp:positionH relativeFrom="column">
                        <wp:posOffset>3194049</wp:posOffset>
                      </wp:positionH>
                      <wp:positionV relativeFrom="paragraph">
                        <wp:posOffset>-105863</wp:posOffset>
                      </wp:positionV>
                      <wp:extent cx="835025" cy="835025"/>
                      <wp:effectExtent l="0" t="0" r="0" b="0"/>
                      <wp:wrapNone/>
                      <wp:docPr id="413872409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5025" cy="835025"/>
                                <a:chOff x="0" y="0"/>
                                <a:chExt cx="835025" cy="835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5647902" name="Image 28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2103" cy="832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1850F6" id="Group 27" o:spid="_x0000_s1026" style="position:absolute;margin-left:251.5pt;margin-top:-8.35pt;width:65.75pt;height:65.75pt;z-index:-251653120;mso-wrap-distance-left:0;mso-wrap-distance-right:0" coordsize="8350,83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">
                      <v:shape id="Image 28" o:spid="_x0000_s1027" type="#_x0000_t75" style="position:absolute;width:8321;height:8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">
                        <v:imagedata r:id="rId23" o:title=""/>
                      </v:shape>
                    </v:group>
                  </w:pict>
                </mc:Fallback>
              </mc:AlternateContent>
            </w:r>
            <w:r>
              <w:rPr>
                <w:i/>
                <w:spacing w:val="-2"/>
                <w:sz w:val="28"/>
              </w:rPr>
              <w:t>Сортуй</w:t>
            </w:r>
          </w:p>
          <w:p w:rsidR="00B633AD" w:rsidRDefault="00B633AD" w:rsidP="00281658">
            <w:pPr>
              <w:pStyle w:val="TableParagraph"/>
              <w:spacing w:before="4"/>
              <w:ind w:left="97" w:right="64"/>
              <w:jc w:val="center"/>
              <w:rPr>
                <w:sz w:val="28"/>
              </w:rPr>
            </w:pPr>
            <w:r>
              <w:rPr>
                <w:sz w:val="28"/>
              </w:rPr>
              <w:t>(допомога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сортуванні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сміття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та </w:t>
            </w:r>
            <w:r>
              <w:rPr>
                <w:spacing w:val="-2"/>
                <w:sz w:val="28"/>
              </w:rPr>
              <w:t>відходів)</w:t>
            </w:r>
          </w:p>
        </w:tc>
        <w:tc>
          <w:tcPr>
            <w:tcW w:w="1982" w:type="dxa"/>
            <w:gridSpan w:val="5"/>
          </w:tcPr>
          <w:p w:rsidR="00B633AD" w:rsidRDefault="00B633AD" w:rsidP="00281658">
            <w:pPr>
              <w:pStyle w:val="TableParagraph"/>
              <w:rPr>
                <w:i/>
                <w:sz w:val="7"/>
              </w:rPr>
            </w:pPr>
          </w:p>
          <w:p w:rsidR="00B633AD" w:rsidRDefault="00B633AD" w:rsidP="00281658">
            <w:pPr>
              <w:pStyle w:val="TableParagraph"/>
              <w:ind w:left="24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92F4E17" wp14:editId="16D3A0C6">
                      <wp:extent cx="970280" cy="969644"/>
                      <wp:effectExtent l="0" t="0" r="0" b="0"/>
                      <wp:docPr id="179087881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0280" cy="969644"/>
                                <a:chOff x="0" y="0"/>
                                <a:chExt cx="970280" cy="969644"/>
                              </a:xfrm>
                            </wpg:grpSpPr>
                            <wps:wsp>
                              <wps:cNvPr id="1447627464" name="Graphic 30"/>
                              <wps:cNvSpPr/>
                              <wps:spPr>
                                <a:xfrm>
                                  <a:off x="0" y="12"/>
                                  <a:ext cx="970280" cy="96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70280" h="969644">
                                      <a:moveTo>
                                        <a:pt x="957681" y="957326"/>
                                      </a:moveTo>
                                      <a:lnTo>
                                        <a:pt x="12192" y="957326"/>
                                      </a:lnTo>
                                      <a:lnTo>
                                        <a:pt x="0" y="957326"/>
                                      </a:lnTo>
                                      <a:lnTo>
                                        <a:pt x="0" y="969505"/>
                                      </a:lnTo>
                                      <a:lnTo>
                                        <a:pt x="12192" y="969505"/>
                                      </a:lnTo>
                                      <a:lnTo>
                                        <a:pt x="957681" y="969505"/>
                                      </a:lnTo>
                                      <a:lnTo>
                                        <a:pt x="957681" y="957326"/>
                                      </a:lnTo>
                                      <a:close/>
                                    </a:path>
                                    <a:path w="970280" h="969644">
                                      <a:moveTo>
                                        <a:pt x="957681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28"/>
                                      </a:lnTo>
                                      <a:lnTo>
                                        <a:pt x="0" y="957313"/>
                                      </a:lnTo>
                                      <a:lnTo>
                                        <a:pt x="12192" y="957313"/>
                                      </a:lnTo>
                                      <a:lnTo>
                                        <a:pt x="12192" y="12179"/>
                                      </a:lnTo>
                                      <a:lnTo>
                                        <a:pt x="957681" y="12179"/>
                                      </a:lnTo>
                                      <a:lnTo>
                                        <a:pt x="957681" y="0"/>
                                      </a:lnTo>
                                      <a:close/>
                                    </a:path>
                                    <a:path w="970280" h="969644">
                                      <a:moveTo>
                                        <a:pt x="969886" y="957326"/>
                                      </a:moveTo>
                                      <a:lnTo>
                                        <a:pt x="957707" y="957326"/>
                                      </a:lnTo>
                                      <a:lnTo>
                                        <a:pt x="957707" y="969505"/>
                                      </a:lnTo>
                                      <a:lnTo>
                                        <a:pt x="969886" y="969505"/>
                                      </a:lnTo>
                                      <a:lnTo>
                                        <a:pt x="969886" y="957326"/>
                                      </a:lnTo>
                                      <a:close/>
                                    </a:path>
                                    <a:path w="970280" h="969644">
                                      <a:moveTo>
                                        <a:pt x="969886" y="0"/>
                                      </a:moveTo>
                                      <a:lnTo>
                                        <a:pt x="957707" y="0"/>
                                      </a:lnTo>
                                      <a:lnTo>
                                        <a:pt x="957707" y="12128"/>
                                      </a:lnTo>
                                      <a:lnTo>
                                        <a:pt x="957707" y="957313"/>
                                      </a:lnTo>
                                      <a:lnTo>
                                        <a:pt x="969886" y="957313"/>
                                      </a:lnTo>
                                      <a:lnTo>
                                        <a:pt x="969886" y="12179"/>
                                      </a:lnTo>
                                      <a:lnTo>
                                        <a:pt x="9698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9C365C" id="Group 29" o:spid="_x0000_s1026" style="width:76.4pt;height:76.35pt;mso-position-horizontal-relative:char;mso-position-vertical-relative:line" coordsize="9702,9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">
                      <v:shape id="Graphic 30" o:spid="_x0000_s1027" style="position:absolute;width:9702;height:9696;visibility:visible;mso-wrap-style:square;v-text-anchor:top" coordsize="970280,96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" path="m957681,957326r-945489,l,957326r,12179l12192,969505r945489,l957681,957326xem957681,l12192,,,,,12128,,957313r12192,l12192,12179r945489,l957681,xem969886,957326r-12179,l957707,969505r12179,l969886,957326xem969886,l957707,r,12128l957707,957313r12179,l969886,12179,96988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59" w:type="dxa"/>
            <w:gridSpan w:val="3"/>
          </w:tcPr>
          <w:p w:rsidR="00B633AD" w:rsidRDefault="00B633AD" w:rsidP="00281658">
            <w:pPr>
              <w:pStyle w:val="TableParagraph"/>
              <w:spacing w:before="5"/>
              <w:rPr>
                <w:i/>
                <w:sz w:val="7"/>
              </w:rPr>
            </w:pPr>
          </w:p>
          <w:p w:rsidR="00B633AD" w:rsidRDefault="002A3186" w:rsidP="00281658">
            <w:pPr>
              <w:pStyle w:val="TableParagraph"/>
              <w:ind w:left="591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DE40692" wp14:editId="4D3373DD">
                  <wp:extent cx="1133475" cy="954505"/>
                  <wp:effectExtent l="0" t="0" r="0" b="0"/>
                  <wp:docPr id="10500356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03562" name=""/>
                          <pic:cNvPicPr/>
                        </pic:nvPicPr>
                        <pic:blipFill rotWithShape="1">
                          <a:blip r:embed="rId15"/>
                          <a:srcRect l="65379" t="64018" r="25758" b="22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629" cy="96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33AD" w:rsidTr="00B633AD">
        <w:trPr>
          <w:trHeight w:val="2572"/>
        </w:trPr>
        <w:tc>
          <w:tcPr>
            <w:tcW w:w="711" w:type="dxa"/>
            <w:gridSpan w:val="2"/>
          </w:tcPr>
          <w:p w:rsidR="00B633AD" w:rsidRDefault="00B633AD" w:rsidP="00281658">
            <w:pPr>
              <w:pStyle w:val="TableParagraph"/>
              <w:spacing w:before="314"/>
              <w:ind w:left="110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8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line="315" w:lineRule="exact"/>
              <w:ind w:left="96" w:right="64"/>
              <w:jc w:val="center"/>
              <w:rPr>
                <w:i/>
                <w:sz w:val="28"/>
              </w:rPr>
            </w:pPr>
            <w:r>
              <w:rPr>
                <w:i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3A327910" wp14:editId="3D5B322E">
                      <wp:simplePos x="0" y="0"/>
                      <wp:positionH relativeFrom="column">
                        <wp:posOffset>3194049</wp:posOffset>
                      </wp:positionH>
                      <wp:positionV relativeFrom="paragraph">
                        <wp:posOffset>397941</wp:posOffset>
                      </wp:positionV>
                      <wp:extent cx="835025" cy="835025"/>
                      <wp:effectExtent l="0" t="0" r="0" b="0"/>
                      <wp:wrapNone/>
                      <wp:docPr id="641808686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5025" cy="835025"/>
                                <a:chOff x="0" y="0"/>
                                <a:chExt cx="835025" cy="835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176400" name="Image 34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2103" cy="832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D5C55F" id="Group 33" o:spid="_x0000_s1026" style="position:absolute;margin-left:251.5pt;margin-top:31.35pt;width:65.75pt;height:65.75pt;z-index:-251652096;mso-wrap-distance-left:0;mso-wrap-distance-right:0" coordsize="8350,83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">
                      <v:shape id="Image 34" o:spid="_x0000_s1027" type="#_x0000_t75" style="position:absolute;width:8321;height:8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">
                        <v:imagedata r:id="rId25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i/>
                <w:spacing w:val="-2"/>
                <w:sz w:val="28"/>
              </w:rPr>
              <w:t>ЕкоЗагроза</w:t>
            </w:r>
            <w:proofErr w:type="spellEnd"/>
          </w:p>
          <w:p w:rsidR="00B633AD" w:rsidRDefault="00B633AD" w:rsidP="00281658">
            <w:pPr>
              <w:pStyle w:val="TableParagraph"/>
              <w:spacing w:line="322" w:lineRule="exact"/>
              <w:ind w:left="102" w:right="64"/>
              <w:jc w:val="center"/>
              <w:rPr>
                <w:sz w:val="28"/>
              </w:rPr>
            </w:pPr>
            <w:r>
              <w:rPr>
                <w:sz w:val="28"/>
              </w:rPr>
              <w:t>(містить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дані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моніторингових</w:t>
            </w:r>
          </w:p>
          <w:p w:rsidR="00B633AD" w:rsidRDefault="00B633AD" w:rsidP="00281658">
            <w:pPr>
              <w:pStyle w:val="TableParagraph"/>
              <w:ind w:left="259" w:hanging="72"/>
              <w:rPr>
                <w:sz w:val="28"/>
              </w:rPr>
            </w:pPr>
            <w:r>
              <w:rPr>
                <w:sz w:val="28"/>
              </w:rPr>
              <w:t>систем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щодо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якості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повітря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рівня радіаційного забруднення по всій Україні, а також інформацію щодо екологічних загроз, спричинених</w:t>
            </w:r>
          </w:p>
          <w:p w:rsidR="00B633AD" w:rsidRDefault="00B633AD" w:rsidP="00281658">
            <w:pPr>
              <w:pStyle w:val="TableParagraph"/>
              <w:spacing w:line="322" w:lineRule="exact"/>
              <w:ind w:left="1704" w:right="543" w:hanging="1158"/>
              <w:rPr>
                <w:sz w:val="28"/>
              </w:rPr>
            </w:pPr>
            <w:r>
              <w:rPr>
                <w:sz w:val="28"/>
              </w:rPr>
              <w:t>злочинними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діями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російських </w:t>
            </w:r>
            <w:r>
              <w:rPr>
                <w:spacing w:val="-2"/>
                <w:sz w:val="28"/>
              </w:rPr>
              <w:t>окупантів)</w:t>
            </w:r>
          </w:p>
        </w:tc>
        <w:tc>
          <w:tcPr>
            <w:tcW w:w="1982" w:type="dxa"/>
            <w:gridSpan w:val="5"/>
          </w:tcPr>
          <w:p w:rsidR="00B633AD" w:rsidRDefault="00B633AD" w:rsidP="00281658">
            <w:pPr>
              <w:pStyle w:val="TableParagraph"/>
              <w:rPr>
                <w:i/>
                <w:sz w:val="20"/>
              </w:rPr>
            </w:pPr>
          </w:p>
          <w:p w:rsidR="00B633AD" w:rsidRDefault="00B633AD" w:rsidP="00281658">
            <w:pPr>
              <w:pStyle w:val="TableParagraph"/>
              <w:spacing w:before="63"/>
              <w:rPr>
                <w:i/>
                <w:sz w:val="20"/>
              </w:rPr>
            </w:pPr>
          </w:p>
          <w:p w:rsidR="00B633AD" w:rsidRDefault="00B633AD" w:rsidP="00281658">
            <w:pPr>
              <w:pStyle w:val="TableParagraph"/>
              <w:ind w:left="24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EA0E09B" wp14:editId="2CD5889B">
                      <wp:extent cx="970280" cy="969644"/>
                      <wp:effectExtent l="0" t="0" r="0" b="0"/>
                      <wp:docPr id="620546848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0280" cy="969644"/>
                                <a:chOff x="0" y="0"/>
                                <a:chExt cx="970280" cy="969644"/>
                              </a:xfrm>
                            </wpg:grpSpPr>
                            <wps:wsp>
                              <wps:cNvPr id="1918326758" name="Graphic 36"/>
                              <wps:cNvSpPr/>
                              <wps:spPr>
                                <a:xfrm>
                                  <a:off x="0" y="12"/>
                                  <a:ext cx="970280" cy="96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70280" h="969644">
                                      <a:moveTo>
                                        <a:pt x="957681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28"/>
                                      </a:lnTo>
                                      <a:lnTo>
                                        <a:pt x="0" y="957313"/>
                                      </a:lnTo>
                                      <a:lnTo>
                                        <a:pt x="0" y="969505"/>
                                      </a:lnTo>
                                      <a:lnTo>
                                        <a:pt x="12192" y="969505"/>
                                      </a:lnTo>
                                      <a:lnTo>
                                        <a:pt x="957681" y="969505"/>
                                      </a:lnTo>
                                      <a:lnTo>
                                        <a:pt x="957681" y="957313"/>
                                      </a:lnTo>
                                      <a:lnTo>
                                        <a:pt x="12192" y="957313"/>
                                      </a:lnTo>
                                      <a:lnTo>
                                        <a:pt x="12192" y="12179"/>
                                      </a:lnTo>
                                      <a:lnTo>
                                        <a:pt x="957681" y="12179"/>
                                      </a:lnTo>
                                      <a:lnTo>
                                        <a:pt x="957681" y="0"/>
                                      </a:lnTo>
                                      <a:close/>
                                    </a:path>
                                    <a:path w="970280" h="969644">
                                      <a:moveTo>
                                        <a:pt x="969886" y="0"/>
                                      </a:moveTo>
                                      <a:lnTo>
                                        <a:pt x="957707" y="0"/>
                                      </a:lnTo>
                                      <a:lnTo>
                                        <a:pt x="957707" y="12128"/>
                                      </a:lnTo>
                                      <a:lnTo>
                                        <a:pt x="957707" y="957313"/>
                                      </a:lnTo>
                                      <a:lnTo>
                                        <a:pt x="957707" y="969505"/>
                                      </a:lnTo>
                                      <a:lnTo>
                                        <a:pt x="969886" y="969505"/>
                                      </a:lnTo>
                                      <a:lnTo>
                                        <a:pt x="969886" y="957313"/>
                                      </a:lnTo>
                                      <a:lnTo>
                                        <a:pt x="969886" y="12179"/>
                                      </a:lnTo>
                                      <a:lnTo>
                                        <a:pt x="9698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462889" id="Group 35" o:spid="_x0000_s1026" style="width:76.4pt;height:76.35pt;mso-position-horizontal-relative:char;mso-position-vertical-relative:line" coordsize="9702,9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">
                      <v:shape id="Graphic 36" o:spid="_x0000_s1027" style="position:absolute;width:9702;height:9696;visibility:visible;mso-wrap-style:square;v-text-anchor:top" coordsize="970280,96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" path="m957681,l12192,,,,,12128,,957313r,12192l12192,969505r945489,l957681,957313r-945489,l12192,12179r945489,l957681,xem969886,l957707,r,12128l957707,957313r,12192l969886,969505r,-12192l969886,12179,96988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59" w:type="dxa"/>
            <w:gridSpan w:val="3"/>
          </w:tcPr>
          <w:p w:rsidR="00B633AD" w:rsidRDefault="00B633AD" w:rsidP="00281658">
            <w:pPr>
              <w:pStyle w:val="TableParagraph"/>
              <w:rPr>
                <w:i/>
                <w:sz w:val="20"/>
              </w:rPr>
            </w:pPr>
          </w:p>
          <w:p w:rsidR="00B633AD" w:rsidRDefault="00B633AD" w:rsidP="00281658">
            <w:pPr>
              <w:pStyle w:val="TableParagraph"/>
              <w:spacing w:before="67" w:after="1"/>
              <w:rPr>
                <w:i/>
                <w:sz w:val="20"/>
              </w:rPr>
            </w:pPr>
          </w:p>
          <w:p w:rsidR="00B633AD" w:rsidRDefault="00B633AD" w:rsidP="00281658">
            <w:pPr>
              <w:pStyle w:val="TableParagraph"/>
              <w:ind w:left="59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6E6642C" wp14:editId="1F9DB8DD">
                      <wp:extent cx="957580" cy="966469"/>
                      <wp:effectExtent l="0" t="0" r="0" b="5080"/>
                      <wp:docPr id="295446820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7580" cy="966469"/>
                                <a:chOff x="0" y="0"/>
                                <a:chExt cx="957580" cy="9664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81680025" name="Image 38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33" y="10921"/>
                                  <a:ext cx="932815" cy="9417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7225702" name="Graphic 39"/>
                              <wps:cNvSpPr/>
                              <wps:spPr>
                                <a:xfrm>
                                  <a:off x="0" y="12"/>
                                  <a:ext cx="957580" cy="9664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7580" h="966469">
                                      <a:moveTo>
                                        <a:pt x="121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28"/>
                                      </a:lnTo>
                                      <a:lnTo>
                                        <a:pt x="0" y="954265"/>
                                      </a:lnTo>
                                      <a:lnTo>
                                        <a:pt x="0" y="966457"/>
                                      </a:lnTo>
                                      <a:lnTo>
                                        <a:pt x="12179" y="966457"/>
                                      </a:lnTo>
                                      <a:lnTo>
                                        <a:pt x="12179" y="954265"/>
                                      </a:lnTo>
                                      <a:lnTo>
                                        <a:pt x="12179" y="12179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957580" h="966469">
                                      <a:moveTo>
                                        <a:pt x="957313" y="0"/>
                                      </a:moveTo>
                                      <a:lnTo>
                                        <a:pt x="945184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12179"/>
                                      </a:lnTo>
                                      <a:lnTo>
                                        <a:pt x="945134" y="12179"/>
                                      </a:lnTo>
                                      <a:lnTo>
                                        <a:pt x="945134" y="954265"/>
                                      </a:lnTo>
                                      <a:lnTo>
                                        <a:pt x="12192" y="954265"/>
                                      </a:lnTo>
                                      <a:lnTo>
                                        <a:pt x="12192" y="966457"/>
                                      </a:lnTo>
                                      <a:lnTo>
                                        <a:pt x="945134" y="966457"/>
                                      </a:lnTo>
                                      <a:lnTo>
                                        <a:pt x="957313" y="966457"/>
                                      </a:lnTo>
                                      <a:lnTo>
                                        <a:pt x="957313" y="954265"/>
                                      </a:lnTo>
                                      <a:lnTo>
                                        <a:pt x="957313" y="12179"/>
                                      </a:lnTo>
                                      <a:lnTo>
                                        <a:pt x="95731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FCFBD9" id="Group 37" o:spid="_x0000_s1026" style="width:75.4pt;height:76.1pt;mso-position-horizontal-relative:char;mso-position-vertical-relative:line" coordsize="9575,96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">
                      <v:shape id="Image 38" o:spid="_x0000_s1027" type="#_x0000_t75" style="position:absolute;left:100;top:109;width:9328;height:9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">
                        <v:imagedata r:id="rId27" o:title=""/>
                      </v:shape>
                      <v:shape id="Graphic 39" o:spid="_x0000_s1028" style="position:absolute;width:9575;height:9664;visibility:visible;mso-wrap-style:square;v-text-anchor:top" coordsize="957580,96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" path="m12179,l,,,12128,,954265r,12192l12179,966457r,-12192l12179,12179,12179,xem957313,l945184,,12192,r,12179l945134,12179r,942086l12192,954265r,12192l945134,966457r12179,l957313,954265r,-942086l95731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633AD" w:rsidTr="00B633AD">
        <w:trPr>
          <w:trHeight w:val="1934"/>
        </w:trPr>
        <w:tc>
          <w:tcPr>
            <w:tcW w:w="711" w:type="dxa"/>
            <w:gridSpan w:val="2"/>
          </w:tcPr>
          <w:p w:rsidR="00B633AD" w:rsidRDefault="00B633AD" w:rsidP="00281658">
            <w:pPr>
              <w:pStyle w:val="TableParagraph"/>
              <w:spacing w:before="315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9</w:t>
            </w:r>
          </w:p>
        </w:tc>
        <w:tc>
          <w:tcPr>
            <w:tcW w:w="4682" w:type="dxa"/>
          </w:tcPr>
          <w:p w:rsidR="00B633AD" w:rsidRDefault="00B633AD" w:rsidP="00281658">
            <w:pPr>
              <w:pStyle w:val="TableParagraph"/>
              <w:spacing w:line="315" w:lineRule="exact"/>
              <w:ind w:left="65" w:right="70"/>
              <w:jc w:val="center"/>
              <w:rPr>
                <w:i/>
                <w:sz w:val="28"/>
              </w:rPr>
            </w:pPr>
            <w:r>
              <w:rPr>
                <w:i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1F07C95A" wp14:editId="08C43E8A">
                      <wp:simplePos x="0" y="0"/>
                      <wp:positionH relativeFrom="column">
                        <wp:posOffset>3209387</wp:posOffset>
                      </wp:positionH>
                      <wp:positionV relativeFrom="paragraph">
                        <wp:posOffset>208936</wp:posOffset>
                      </wp:positionV>
                      <wp:extent cx="804545" cy="804545"/>
                      <wp:effectExtent l="0" t="0" r="0" b="0"/>
                      <wp:wrapNone/>
                      <wp:docPr id="547564486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04545" cy="804545"/>
                                <a:chOff x="0" y="0"/>
                                <a:chExt cx="804545" cy="8045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53745249" name="Image 41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01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9C1C59" id="Group 40" o:spid="_x0000_s1026" style="position:absolute;margin-left:252.7pt;margin-top:16.45pt;width:63.35pt;height:63.35pt;z-index:-251651072;mso-wrap-distance-left:0;mso-wrap-distance-right:0" coordsize="8045,80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">
                      <v:shape id="Image 41" o:spid="_x0000_s1027" type="#_x0000_t75" style="position:absolute;width:8001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">
                        <v:imagedata r:id="rId29" o:title=""/>
                      </v:shape>
                    </v:group>
                  </w:pict>
                </mc:Fallback>
              </mc:AlternateContent>
            </w:r>
            <w:r>
              <w:rPr>
                <w:i/>
                <w:spacing w:val="-2"/>
                <w:sz w:val="28"/>
              </w:rPr>
              <w:t>Ecoinspector2</w:t>
            </w:r>
          </w:p>
          <w:p w:rsidR="00B633AD" w:rsidRDefault="00B633AD" w:rsidP="00281658">
            <w:pPr>
              <w:pStyle w:val="TableParagraph"/>
              <w:ind w:left="124" w:right="125" w:firstLine="36"/>
              <w:jc w:val="center"/>
              <w:rPr>
                <w:sz w:val="28"/>
              </w:rPr>
            </w:pPr>
            <w:r>
              <w:rPr>
                <w:sz w:val="28"/>
              </w:rPr>
              <w:t>(допомагає визначати рівень якості повітря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місці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перебування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людини, а також є можливість звернутись до природоохоронних органів із</w:t>
            </w:r>
          </w:p>
          <w:p w:rsidR="00B633AD" w:rsidRDefault="00B633AD" w:rsidP="00281658">
            <w:pPr>
              <w:pStyle w:val="TableParagraph"/>
              <w:spacing w:before="3" w:line="308" w:lineRule="exact"/>
              <w:ind w:left="65" w:right="67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екопроблемою</w:t>
            </w:r>
            <w:proofErr w:type="spellEnd"/>
            <w:r>
              <w:rPr>
                <w:spacing w:val="-2"/>
                <w:sz w:val="28"/>
              </w:rPr>
              <w:t>)</w:t>
            </w:r>
          </w:p>
        </w:tc>
        <w:tc>
          <w:tcPr>
            <w:tcW w:w="1982" w:type="dxa"/>
            <w:gridSpan w:val="5"/>
          </w:tcPr>
          <w:p w:rsidR="00B633AD" w:rsidRDefault="00B633AD" w:rsidP="00281658">
            <w:pPr>
              <w:pStyle w:val="TableParagraph"/>
              <w:spacing w:before="2"/>
              <w:rPr>
                <w:i/>
                <w:sz w:val="19"/>
              </w:rPr>
            </w:pPr>
          </w:p>
          <w:p w:rsidR="00B633AD" w:rsidRDefault="00B633AD" w:rsidP="00281658">
            <w:pPr>
              <w:pStyle w:val="TableParagraph"/>
              <w:ind w:left="26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B9FFA7D" wp14:editId="73597CC0">
                      <wp:extent cx="939800" cy="942340"/>
                      <wp:effectExtent l="0" t="0" r="0" b="0"/>
                      <wp:docPr id="1799070407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9800" cy="942340"/>
                                <a:chOff x="0" y="0"/>
                                <a:chExt cx="939800" cy="942340"/>
                              </a:xfrm>
                            </wpg:grpSpPr>
                            <wps:wsp>
                              <wps:cNvPr id="23085560" name="Graphic 43"/>
                              <wps:cNvSpPr/>
                              <wps:spPr>
                                <a:xfrm>
                                  <a:off x="0" y="0"/>
                                  <a:ext cx="939800" cy="942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9800" h="942340">
                                      <a:moveTo>
                                        <a:pt x="12179" y="930033"/>
                                      </a:moveTo>
                                      <a:lnTo>
                                        <a:pt x="0" y="930033"/>
                                      </a:lnTo>
                                      <a:lnTo>
                                        <a:pt x="0" y="942213"/>
                                      </a:lnTo>
                                      <a:lnTo>
                                        <a:pt x="12179" y="942213"/>
                                      </a:lnTo>
                                      <a:lnTo>
                                        <a:pt x="12179" y="930033"/>
                                      </a:lnTo>
                                      <a:close/>
                                    </a:path>
                                    <a:path w="939800" h="942340">
                                      <a:moveTo>
                                        <a:pt x="12179" y="12268"/>
                                      </a:moveTo>
                                      <a:lnTo>
                                        <a:pt x="0" y="12268"/>
                                      </a:lnTo>
                                      <a:lnTo>
                                        <a:pt x="0" y="930021"/>
                                      </a:lnTo>
                                      <a:lnTo>
                                        <a:pt x="12179" y="930021"/>
                                      </a:lnTo>
                                      <a:lnTo>
                                        <a:pt x="12179" y="12268"/>
                                      </a:lnTo>
                                      <a:close/>
                                    </a:path>
                                    <a:path w="939800" h="942340">
                                      <a:moveTo>
                                        <a:pt x="121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2179" y="12192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939800" h="942340">
                                      <a:moveTo>
                                        <a:pt x="927201" y="930033"/>
                                      </a:moveTo>
                                      <a:lnTo>
                                        <a:pt x="12192" y="930033"/>
                                      </a:lnTo>
                                      <a:lnTo>
                                        <a:pt x="12192" y="942213"/>
                                      </a:lnTo>
                                      <a:lnTo>
                                        <a:pt x="927201" y="942213"/>
                                      </a:lnTo>
                                      <a:lnTo>
                                        <a:pt x="927201" y="930033"/>
                                      </a:lnTo>
                                      <a:close/>
                                    </a:path>
                                    <a:path w="939800" h="942340">
                                      <a:moveTo>
                                        <a:pt x="927201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927201" y="12192"/>
                                      </a:lnTo>
                                      <a:lnTo>
                                        <a:pt x="927201" y="0"/>
                                      </a:lnTo>
                                      <a:close/>
                                    </a:path>
                                    <a:path w="939800" h="942340">
                                      <a:moveTo>
                                        <a:pt x="939419" y="930033"/>
                                      </a:moveTo>
                                      <a:lnTo>
                                        <a:pt x="927227" y="930033"/>
                                      </a:lnTo>
                                      <a:lnTo>
                                        <a:pt x="927227" y="942213"/>
                                      </a:lnTo>
                                      <a:lnTo>
                                        <a:pt x="939419" y="942213"/>
                                      </a:lnTo>
                                      <a:lnTo>
                                        <a:pt x="939419" y="930033"/>
                                      </a:lnTo>
                                      <a:close/>
                                    </a:path>
                                    <a:path w="939800" h="942340">
                                      <a:moveTo>
                                        <a:pt x="939419" y="12268"/>
                                      </a:moveTo>
                                      <a:lnTo>
                                        <a:pt x="927227" y="12268"/>
                                      </a:lnTo>
                                      <a:lnTo>
                                        <a:pt x="927227" y="930021"/>
                                      </a:lnTo>
                                      <a:lnTo>
                                        <a:pt x="939419" y="930021"/>
                                      </a:lnTo>
                                      <a:lnTo>
                                        <a:pt x="939419" y="12268"/>
                                      </a:lnTo>
                                      <a:close/>
                                    </a:path>
                                    <a:path w="939800" h="942340">
                                      <a:moveTo>
                                        <a:pt x="939419" y="0"/>
                                      </a:moveTo>
                                      <a:lnTo>
                                        <a:pt x="927227" y="0"/>
                                      </a:lnTo>
                                      <a:lnTo>
                                        <a:pt x="927227" y="12192"/>
                                      </a:lnTo>
                                      <a:lnTo>
                                        <a:pt x="939419" y="12192"/>
                                      </a:lnTo>
                                      <a:lnTo>
                                        <a:pt x="939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F6E093" id="Group 42" o:spid="_x0000_s1026" style="width:74pt;height:74.2pt;mso-position-horizontal-relative:char;mso-position-vertical-relative:line" coordsize="9398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">
                      <v:shape id="Graphic 43" o:spid="_x0000_s1027" style="position:absolute;width:9398;height:9423;visibility:visible;mso-wrap-style:square;v-text-anchor:top" coordsize="939800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" path="m12179,930033l,930033r,12180l12179,942213r,-12180xem12179,12268l,12268,,930021r12179,l12179,12268xem12179,l,,,12192r12179,l12179,xem927201,930033r-915009,l12192,942213r915009,l927201,930033xem927201,l12192,r,12192l927201,12192,927201,xem939419,930033r-12192,l927227,942213r12192,l939419,930033xem939419,12268r-12192,l927227,930021r12192,l939419,12268xem939419,l927227,r,12192l939419,12192,93941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59" w:type="dxa"/>
            <w:gridSpan w:val="3"/>
          </w:tcPr>
          <w:p w:rsidR="00B633AD" w:rsidRDefault="00B633AD" w:rsidP="00281658">
            <w:pPr>
              <w:pStyle w:val="TableParagraph"/>
              <w:rPr>
                <w:i/>
                <w:sz w:val="20"/>
              </w:rPr>
            </w:pPr>
          </w:p>
          <w:p w:rsidR="00B633AD" w:rsidRDefault="00B633AD" w:rsidP="00281658">
            <w:pPr>
              <w:pStyle w:val="TableParagraph"/>
              <w:ind w:left="6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B13CEF4" wp14:editId="51F7548F">
                      <wp:extent cx="930275" cy="939165"/>
                      <wp:effectExtent l="0" t="0" r="0" b="3809"/>
                      <wp:docPr id="512024767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0275" cy="939165"/>
                                <a:chOff x="0" y="0"/>
                                <a:chExt cx="930275" cy="9391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9232993" name="Image 45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05" y="13802"/>
                                  <a:ext cx="905510" cy="9107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825468" name="Graphic 46"/>
                              <wps:cNvSpPr/>
                              <wps:spPr>
                                <a:xfrm>
                                  <a:off x="0" y="12"/>
                                  <a:ext cx="930275" cy="939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0275" h="939165">
                                      <a:moveTo>
                                        <a:pt x="12179" y="926973"/>
                                      </a:moveTo>
                                      <a:lnTo>
                                        <a:pt x="0" y="926973"/>
                                      </a:lnTo>
                                      <a:lnTo>
                                        <a:pt x="0" y="939152"/>
                                      </a:lnTo>
                                      <a:lnTo>
                                        <a:pt x="12179" y="939152"/>
                                      </a:lnTo>
                                      <a:lnTo>
                                        <a:pt x="12179" y="926973"/>
                                      </a:lnTo>
                                      <a:close/>
                                    </a:path>
                                    <a:path w="930275" h="939165">
                                      <a:moveTo>
                                        <a:pt x="12179" y="12255"/>
                                      </a:moveTo>
                                      <a:lnTo>
                                        <a:pt x="0" y="12255"/>
                                      </a:lnTo>
                                      <a:lnTo>
                                        <a:pt x="0" y="926960"/>
                                      </a:lnTo>
                                      <a:lnTo>
                                        <a:pt x="12179" y="926960"/>
                                      </a:lnTo>
                                      <a:lnTo>
                                        <a:pt x="12179" y="12255"/>
                                      </a:lnTo>
                                      <a:close/>
                                    </a:path>
                                    <a:path w="930275" h="939165">
                                      <a:moveTo>
                                        <a:pt x="121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2179" y="12179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930275" h="939165">
                                      <a:moveTo>
                                        <a:pt x="929894" y="926973"/>
                                      </a:moveTo>
                                      <a:lnTo>
                                        <a:pt x="917752" y="926973"/>
                                      </a:lnTo>
                                      <a:lnTo>
                                        <a:pt x="12192" y="926973"/>
                                      </a:lnTo>
                                      <a:lnTo>
                                        <a:pt x="12192" y="939152"/>
                                      </a:lnTo>
                                      <a:lnTo>
                                        <a:pt x="917702" y="939152"/>
                                      </a:lnTo>
                                      <a:lnTo>
                                        <a:pt x="929894" y="939152"/>
                                      </a:lnTo>
                                      <a:lnTo>
                                        <a:pt x="929894" y="926973"/>
                                      </a:lnTo>
                                      <a:close/>
                                    </a:path>
                                    <a:path w="930275" h="939165">
                                      <a:moveTo>
                                        <a:pt x="929894" y="12255"/>
                                      </a:moveTo>
                                      <a:lnTo>
                                        <a:pt x="917702" y="12255"/>
                                      </a:lnTo>
                                      <a:lnTo>
                                        <a:pt x="917702" y="926960"/>
                                      </a:lnTo>
                                      <a:lnTo>
                                        <a:pt x="929894" y="926960"/>
                                      </a:lnTo>
                                      <a:lnTo>
                                        <a:pt x="929894" y="12255"/>
                                      </a:lnTo>
                                      <a:close/>
                                    </a:path>
                                    <a:path w="930275" h="939165">
                                      <a:moveTo>
                                        <a:pt x="929894" y="0"/>
                                      </a:moveTo>
                                      <a:lnTo>
                                        <a:pt x="91775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12179"/>
                                      </a:lnTo>
                                      <a:lnTo>
                                        <a:pt x="917702" y="12179"/>
                                      </a:lnTo>
                                      <a:lnTo>
                                        <a:pt x="929894" y="12179"/>
                                      </a:lnTo>
                                      <a:lnTo>
                                        <a:pt x="9298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170485" id="Group 44" o:spid="_x0000_s1026" style="width:73.25pt;height:73.95pt;mso-position-horizontal-relative:char;mso-position-vertical-relative:line" coordsize="9302,93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">
                      <v:shape id="Image 45" o:spid="_x0000_s1027" type="#_x0000_t75" style="position:absolute;left:99;top:138;width:9055;height: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">
                        <v:imagedata r:id="rId31" o:title=""/>
                      </v:shape>
                      <v:shape id="Graphic 46" o:spid="_x0000_s1028" style="position:absolute;width:9302;height:9391;visibility:visible;mso-wrap-style:square;v-text-anchor:top" coordsize="930275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" path="m12179,926973l,926973r,12179l12179,939152r,-12179xem12179,12255l,12255,,926960r12179,l12179,12255xem12179,l,,,12179r12179,l12179,xem929894,926973r-12142,l12192,926973r,12179l917702,939152r12192,l929894,926973xem929894,12255r-12192,l917702,926960r12192,l929894,12255xem929894,l917752,,12192,r,12179l917702,12179r12192,l92989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B633AD" w:rsidRDefault="00B633AD" w:rsidP="00B633AD">
      <w:pPr>
        <w:pStyle w:val="TableParagraph"/>
        <w:rPr>
          <w:spacing w:val="-2"/>
          <w:sz w:val="28"/>
        </w:rPr>
      </w:pPr>
    </w:p>
    <w:p w:rsidR="002A3186" w:rsidRPr="002A3186" w:rsidRDefault="002A3186" w:rsidP="002A3186">
      <w:pPr>
        <w:pStyle w:val="a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186">
        <w:rPr>
          <w:rFonts w:ascii="Times New Roman" w:hAnsi="Times New Roman" w:cs="Times New Roman"/>
          <w:sz w:val="28"/>
          <w:szCs w:val="28"/>
          <w:lang w:val="uk-UA"/>
        </w:rPr>
        <w:t>Отже, мобільні технології є новою тенденцією, на основі якої створюється інше освітнє середовище, яке робить сам освітній процес всеохоплюючим та мотивує до неперервної освіти, а також навчання протягом життя. У мережі Інтернет постійно зростає широкий вибір мобільних застосунків, які доцільно використовувати вчителю, як</w:t>
      </w:r>
      <w:r w:rsidRPr="002A3186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2A3186">
        <w:rPr>
          <w:rFonts w:ascii="Times New Roman" w:hAnsi="Times New Roman" w:cs="Times New Roman"/>
          <w:sz w:val="28"/>
          <w:szCs w:val="28"/>
          <w:lang w:val="uk-UA"/>
        </w:rPr>
        <w:t>ефективний засіб мотивації</w:t>
      </w:r>
      <w:r w:rsidRPr="002A3186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2A3186">
        <w:rPr>
          <w:rFonts w:ascii="Times New Roman" w:hAnsi="Times New Roman" w:cs="Times New Roman"/>
          <w:sz w:val="28"/>
          <w:szCs w:val="28"/>
          <w:lang w:val="uk-UA"/>
        </w:rPr>
        <w:t>учнів, під час вивчення предметів біології та екології у закладах загальної середньої освіти.</w:t>
      </w:r>
    </w:p>
    <w:p w:rsidR="002A3186" w:rsidRPr="002A3186" w:rsidRDefault="002A3186" w:rsidP="002A3186">
      <w:pPr>
        <w:pStyle w:val="21"/>
        <w:spacing w:before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186">
        <w:rPr>
          <w:rFonts w:ascii="Times New Roman" w:hAnsi="Times New Roman" w:cs="Times New Roman"/>
          <w:sz w:val="28"/>
          <w:szCs w:val="28"/>
          <w:lang w:val="uk-UA"/>
        </w:rPr>
        <w:t>Висновки</w:t>
      </w:r>
    </w:p>
    <w:p w:rsidR="002A3186" w:rsidRDefault="002A3186" w:rsidP="002A3186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3186">
        <w:rPr>
          <w:rFonts w:ascii="Times New Roman" w:hAnsi="Times New Roman" w:cs="Times New Roman"/>
          <w:sz w:val="28"/>
          <w:szCs w:val="28"/>
          <w:lang w:val="uk-UA"/>
        </w:rPr>
        <w:t xml:space="preserve">Мобільні технології є ефективним засобом модернізації освітнього процесу з біології та екології. 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Вони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сприяють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пізнавальної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активності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ключових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компетентностей,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створенню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індивідуальної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траєкторії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Упровадження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потребує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учителя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відкритості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інновацій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володіння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цифровими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навичками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інтегрувати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педагогічну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практику з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урахуванням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потреб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можливостей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A3186" w:rsidRPr="00B633AD" w:rsidRDefault="002A3186" w:rsidP="002A3186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A3186" w:rsidRPr="00B633AD" w:rsidRDefault="002A3186" w:rsidP="002A3186">
      <w:pPr>
        <w:pStyle w:val="21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Список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використаних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джерел</w:t>
      </w:r>
      <w:proofErr w:type="spellEnd"/>
    </w:p>
    <w:p w:rsidR="002A3186" w:rsidRPr="00B633AD" w:rsidRDefault="002A3186" w:rsidP="002A31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1. Ковальчук, І.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сучасний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стан і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перспективи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–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Київ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, 2021.</w:t>
      </w:r>
    </w:p>
    <w:p w:rsidR="002A3186" w:rsidRPr="00B633AD" w:rsidRDefault="002A3186" w:rsidP="002A31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Слободяник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О.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навчальному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обмеження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–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Харків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, 2020.</w:t>
      </w:r>
    </w:p>
    <w:p w:rsidR="002A3186" w:rsidRPr="00B633AD" w:rsidRDefault="002A3186" w:rsidP="002A31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3AD">
        <w:rPr>
          <w:rFonts w:ascii="Times New Roman" w:hAnsi="Times New Roman" w:cs="Times New Roman"/>
          <w:sz w:val="28"/>
          <w:szCs w:val="28"/>
        </w:rPr>
        <w:t>3. UNESCO. Mobile Learning for Teachers: Global Themes. – Paris: UNESCO, 2019.</w:t>
      </w:r>
    </w:p>
    <w:p w:rsidR="002A3186" w:rsidRPr="00B633AD" w:rsidRDefault="002A3186" w:rsidP="002A31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4. Петренко, В. Модель </w:t>
      </w:r>
      <w:r w:rsidRPr="00B633AD">
        <w:rPr>
          <w:rFonts w:ascii="Times New Roman" w:hAnsi="Times New Roman" w:cs="Times New Roman"/>
          <w:sz w:val="28"/>
          <w:szCs w:val="28"/>
        </w:rPr>
        <w:t>BYOD</w:t>
      </w: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інструмент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цифровізації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. –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Львів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, 2022.</w:t>
      </w:r>
    </w:p>
    <w:p w:rsidR="002A3186" w:rsidRPr="00B633AD" w:rsidRDefault="002A3186" w:rsidP="002A31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Грановська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, Т.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мобільних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додатків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33AD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B633AD">
        <w:rPr>
          <w:rFonts w:ascii="Times New Roman" w:hAnsi="Times New Roman" w:cs="Times New Roman"/>
          <w:sz w:val="28"/>
          <w:szCs w:val="28"/>
          <w:lang w:val="ru-RU"/>
        </w:rPr>
        <w:t>. – Одеса, 2021.</w:t>
      </w:r>
    </w:p>
    <w:p w:rsidR="002A3186" w:rsidRPr="002A3186" w:rsidRDefault="002A3186" w:rsidP="002A3186">
      <w:pPr>
        <w:jc w:val="center"/>
        <w:rPr>
          <w:rFonts w:ascii="Times New Roman" w:eastAsia="Times New Roman" w:hAnsi="Times New Roman" w:cs="Times New Roman"/>
          <w:spacing w:val="-2"/>
          <w:sz w:val="28"/>
          <w:lang w:val="ru-RU"/>
        </w:rPr>
      </w:pPr>
    </w:p>
    <w:p w:rsidR="002A3186" w:rsidRPr="002A3186" w:rsidRDefault="002A3186" w:rsidP="002A3186">
      <w:pPr>
        <w:rPr>
          <w:lang w:val="uk-UA"/>
        </w:rPr>
        <w:sectPr w:rsidR="002A3186" w:rsidRPr="002A3186" w:rsidSect="00B633AD">
          <w:pgSz w:w="11910" w:h="16840"/>
          <w:pgMar w:top="760" w:right="708" w:bottom="280" w:left="1133" w:header="708" w:footer="708" w:gutter="0"/>
          <w:cols w:space="720"/>
        </w:sectPr>
      </w:pPr>
    </w:p>
    <w:p w:rsidR="00C21642" w:rsidRPr="00B633AD" w:rsidRDefault="00C21642" w:rsidP="002A3186">
      <w:pPr>
        <w:pStyle w:val="a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C21642" w:rsidRPr="00B633AD" w:rsidSect="00B633AD">
      <w:pgSz w:w="12240" w:h="15840"/>
      <w:pgMar w:top="850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8275449">
    <w:abstractNumId w:val="8"/>
  </w:num>
  <w:num w:numId="2" w16cid:durableId="1645698181">
    <w:abstractNumId w:val="6"/>
  </w:num>
  <w:num w:numId="3" w16cid:durableId="2091147969">
    <w:abstractNumId w:val="5"/>
  </w:num>
  <w:num w:numId="4" w16cid:durableId="1566573061">
    <w:abstractNumId w:val="4"/>
  </w:num>
  <w:num w:numId="5" w16cid:durableId="1892960199">
    <w:abstractNumId w:val="7"/>
  </w:num>
  <w:num w:numId="6" w16cid:durableId="396100483">
    <w:abstractNumId w:val="3"/>
  </w:num>
  <w:num w:numId="7" w16cid:durableId="639574869">
    <w:abstractNumId w:val="2"/>
  </w:num>
  <w:num w:numId="8" w16cid:durableId="750544164">
    <w:abstractNumId w:val="1"/>
  </w:num>
  <w:num w:numId="9" w16cid:durableId="1676805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A3186"/>
    <w:rsid w:val="00326F90"/>
    <w:rsid w:val="00764139"/>
    <w:rsid w:val="009F670A"/>
    <w:rsid w:val="00AA1D8D"/>
    <w:rsid w:val="00B47730"/>
    <w:rsid w:val="00B633AD"/>
    <w:rsid w:val="00C21642"/>
    <w:rsid w:val="00CB0664"/>
    <w:rsid w:val="00F82DE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68C5FE"/>
  <w14:defaultImageDpi w14:val="300"/>
  <w15:docId w15:val="{2366F6FA-B95A-4698-801B-97230580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B633AD"/>
    <w:pPr>
      <w:widowControl w:val="0"/>
      <w:autoSpaceDE w:val="0"/>
      <w:autoSpaceDN w:val="0"/>
      <w:spacing w:after="0" w:line="240" w:lineRule="auto"/>
    </w:pPr>
    <w:rPr>
      <w:rFonts w:eastAsia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633A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4344</Words>
  <Characters>2477</Characters>
  <Application>Microsoft Office Word</Application>
  <DocSecurity>0</DocSecurity>
  <Lines>20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Ірина Козачук</cp:lastModifiedBy>
  <cp:revision>4</cp:revision>
  <dcterms:created xsi:type="dcterms:W3CDTF">2013-12-23T23:15:00Z</dcterms:created>
  <dcterms:modified xsi:type="dcterms:W3CDTF">2025-11-04T16:47:00Z</dcterms:modified>
  <cp:category/>
</cp:coreProperties>
</file>