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Бінарний урок української літератури та англійської мови</w:t>
      </w:r>
    </w:p>
    <w:p>
      <w:r>
        <w:t>Автор: Вчитель англійської мови Блиндюк Леся Миколаївна</w:t>
        <w:br/>
      </w:r>
    </w:p>
    <w:p>
      <w:pPr>
        <w:pStyle w:val="Heading2"/>
      </w:pPr>
      <w:r>
        <w:t>Тема: Biography and Works of Lesya Ukrainka</w:t>
      </w:r>
    </w:p>
    <w:p>
      <w:r>
        <w:t>Клас: 6</w:t>
        <w:br/>
        <w:t>Тривалість: 45 хвилин</w:t>
        <w:br/>
        <w:br/>
        <w:t>Мета:</w:t>
        <w:br/>
        <w:t>- Розвинути навички читання, аудіювання, говоріння та письма англійською мовою.</w:t>
        <w:br/>
        <w:t>- Ознайомити учнів із життєвим шляхом Лесі Українки та її творчістю.</w:t>
        <w:br/>
        <w:t>- Розширити словниковий запас учнів, використовуючи англійську мову для опису біографії та творів письменниці.</w:t>
        <w:br/>
        <w:t>- Закріпити знання з української літератури, інтегруючи їх у вивчення англійської мови.</w:t>
        <w:br/>
      </w:r>
    </w:p>
    <w:p>
      <w:pPr>
        <w:pStyle w:val="Heading2"/>
      </w:pPr>
      <w:r>
        <w:t>I. Організаційний момент (5 хв.)</w:t>
      </w:r>
    </w:p>
    <w:p>
      <w:r>
        <w:t>Teacher’s greeting (Привітання):</w:t>
        <w:br/>
        <w:t>- Good morning, dear students! How are you today?</w:t>
        <w:br/>
        <w:t>- Today we will have a special lesson where we will combine Ukrainian literature and English.</w:t>
        <w:br/>
        <w:br/>
        <w:t>Warm-up activity:</w:t>
        <w:br/>
        <w:t>- Let’s play "Word Association." I will say a word related to literature, and you will name words that come to your mind. Let’s start with "writer".</w:t>
        <w:br/>
        <w:br/>
        <w:t>Очікувані відповіді: books, poems, stories, literature, famous, talent тощо.</w:t>
        <w:br/>
        <w:br/>
        <w:t>Transition to the topic:</w:t>
        <w:br/>
        <w:t>- Who can name a famous Ukrainian writer? (Очікувана відповідь: Lesya Ukrainka)</w:t>
        <w:br/>
        <w:t>- Today we will learn more about her life and works, but in English!</w:t>
        <w:br/>
      </w:r>
    </w:p>
    <w:p>
      <w:pPr>
        <w:pStyle w:val="Heading2"/>
      </w:pPr>
      <w:r>
        <w:t>II. Основна частина</w:t>
      </w:r>
    </w:p>
    <w:p>
      <w:pPr>
        <w:pStyle w:val="Heading3"/>
      </w:pPr>
      <w:r>
        <w:t>1. Біографія Лесі Українки (15 хв.)</w:t>
      </w:r>
    </w:p>
    <w:p>
      <w:r>
        <w:t>Activity 1: "Guess the Facts" (Відгадай факт)</w:t>
        <w:br/>
        <w:t>Учням роздаються картки з фактами про Лесю Українку. Деякі з них правильні, деякі – ні. Вони мають обрати вірні твердження.</w:t>
        <w:br/>
        <w:br/>
        <w:t>Факти:</w:t>
        <w:br/>
        <w:t>1. Lesya Ukrainka was born in 1871. (True)</w:t>
        <w:br/>
        <w:t>2. Her real name was Olha Kobylianska. (False)</w:t>
        <w:br/>
        <w:t>3. She wrote her first poem at the age of 9. (True)</w:t>
        <w:br/>
        <w:t>4. She lived in Poland all her life. (False)</w:t>
        <w:br/>
        <w:t>5. She suffered from tuberculosis. (True)</w:t>
        <w:br/>
        <w:br/>
        <w:t>Activity 2: "Biography Puzzle"</w:t>
        <w:br/>
        <w:t>Учні працюють у групах. Вони отримують текст біографії Лесі Українки, який розрізаний на абзаци. Завдання – правильно розташувати їх у хронологічному порядку.</w:t>
        <w:br/>
        <w:br/>
        <w:t>Текст:</w:t>
        <w:br/>
        <w:t>(Учитель готує короткий текст біографії, розділений на логічні частини, наприклад: дитинство, хвороба, творчість, смерть.)</w:t>
        <w:br/>
      </w:r>
    </w:p>
    <w:p>
      <w:pPr>
        <w:pStyle w:val="Heading3"/>
      </w:pPr>
      <w:r>
        <w:t>2. Творчість Лесі Українки (15 хв.)</w:t>
      </w:r>
    </w:p>
    <w:p>
      <w:r>
        <w:t>Activity 3: "Match the Title and the Plot"</w:t>
        <w:br/>
        <w:t>Учням даються назви творів англійською мовою та короткий опис сюжету. Вони повинні правильно співвіднести їх.</w:t>
        <w:br/>
        <w:br/>
        <w:t>Приклад:</w:t>
        <w:br/>
        <w:t>- "Forest Song" – A poetic drama about love, nature, and magic.</w:t>
        <w:br/>
        <w:t>- "Contra Spem Spero" – A poem about hope and strength.</w:t>
        <w:br/>
        <w:t>- "Lily of the Valley" – A short story about nature and purity.</w:t>
        <w:br/>
        <w:br/>
        <w:t>Activity 4: "Poetry Reading"</w:t>
        <w:br/>
        <w:t>Учитель читає уривок з вірша "Contra Spem Spero" англійською мовою. Учні слухають і намагаються визначити його тему.</w:t>
        <w:br/>
        <w:br/>
        <w:t>Discussion:</w:t>
        <w:br/>
        <w:t>- What emotions can you feel in this poem?</w:t>
        <w:br/>
        <w:t>- What is the main message?</w:t>
        <w:br/>
      </w:r>
    </w:p>
    <w:p>
      <w:pPr>
        <w:pStyle w:val="Heading2"/>
      </w:pPr>
      <w:r>
        <w:t>III. Заключна частина (10 хв.)</w:t>
      </w:r>
    </w:p>
    <w:p>
      <w:r>
        <w:t>Activity 5: "Interview with Lesya Ukrainka" (Рольова гра)</w:t>
        <w:br/>
        <w:t>Учні працюють у парах. Один – журналіст, інший – Леся Українка. Завдання: скласти та поставити 3-4 питання про її життя та творчість.</w:t>
        <w:br/>
        <w:br/>
        <w:t>Приклад запитань:</w:t>
        <w:br/>
        <w:t>1. Where were you born?</w:t>
        <w:br/>
        <w:t>2. Why did you start writing?</w:t>
        <w:br/>
        <w:t>3. What is your most famous work?</w:t>
        <w:br/>
        <w:br/>
        <w:t>Reflection (Підсумок уроку):</w:t>
        <w:br/>
        <w:t>- What new facts have you learned today?</w:t>
        <w:br/>
        <w:t>- How did you feel speaking about a Ukrainian writer in English?</w:t>
        <w:br/>
        <w:br/>
        <w:t>Homework (Домашнє завдання):</w:t>
        <w:br/>
        <w:t>- Write a short paragraph (5-7 sentences) about Lesya Ukrainka in English.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