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B04C5" w:rsidRPr="00931808" w:rsidRDefault="00E3532C" w:rsidP="00F24C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A504B">
        <w:rPr>
          <w:lang w:val="ru-RU"/>
        </w:rPr>
        <w:br/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Сценарій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літературного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квесту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  <w:t xml:space="preserve">«У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пошуках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казкових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героїв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Класи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: 5–</w:t>
      </w:r>
      <w:r w:rsidR="001A504B" w:rsidRPr="00931808">
        <w:rPr>
          <w:rFonts w:ascii="Times New Roman" w:hAnsi="Times New Roman" w:cs="Times New Roman"/>
          <w:sz w:val="28"/>
          <w:szCs w:val="28"/>
          <w:lang w:val="uk-UA"/>
        </w:rPr>
        <w:t>7 класи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команд: 3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Підготувала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: учитель </w:t>
      </w:r>
      <w:proofErr w:type="spellStart"/>
      <w:r w:rsidR="00931808">
        <w:rPr>
          <w:rFonts w:ascii="Times New Roman" w:hAnsi="Times New Roman" w:cs="Times New Roman"/>
          <w:sz w:val="28"/>
          <w:szCs w:val="28"/>
          <w:lang w:val="ru-RU"/>
        </w:rPr>
        <w:t>англійської</w:t>
      </w:r>
      <w:proofErr w:type="spellEnd"/>
      <w:r w:rsid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31808">
        <w:rPr>
          <w:rFonts w:ascii="Times New Roman" w:hAnsi="Times New Roman" w:cs="Times New Roman"/>
          <w:sz w:val="28"/>
          <w:szCs w:val="28"/>
          <w:lang w:val="ru-RU"/>
        </w:rPr>
        <w:t>мови</w:t>
      </w:r>
      <w:proofErr w:type="spellEnd"/>
      <w:r w:rsidR="00931808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зарубіжної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літератури</w:t>
      </w:r>
      <w:proofErr w:type="spellEnd"/>
      <w:r w:rsidR="001A504B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504B" w:rsidRPr="00931808">
        <w:rPr>
          <w:rFonts w:ascii="Times New Roman" w:hAnsi="Times New Roman" w:cs="Times New Roman"/>
          <w:sz w:val="28"/>
          <w:szCs w:val="28"/>
          <w:lang w:val="ru-RU"/>
        </w:rPr>
        <w:t>Березіна</w:t>
      </w:r>
      <w:proofErr w:type="spellEnd"/>
      <w:r w:rsidR="001A504B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Людмила </w:t>
      </w:r>
      <w:proofErr w:type="spellStart"/>
      <w:r w:rsidR="001A504B" w:rsidRPr="00931808">
        <w:rPr>
          <w:rFonts w:ascii="Times New Roman" w:hAnsi="Times New Roman" w:cs="Times New Roman"/>
          <w:sz w:val="28"/>
          <w:szCs w:val="28"/>
          <w:lang w:val="ru-RU"/>
        </w:rPr>
        <w:t>Вікторівна</w:t>
      </w:r>
      <w:proofErr w:type="spellEnd"/>
      <w:r w:rsidR="001A504B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8B04C5" w:rsidRDefault="00E3532C" w:rsidP="00F24C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br w:type="page"/>
      </w:r>
      <w:proofErr w:type="spellStart"/>
      <w:r w:rsidR="00931808">
        <w:rPr>
          <w:rFonts w:ascii="Times New Roman" w:hAnsi="Times New Roman" w:cs="Times New Roman"/>
          <w:sz w:val="28"/>
          <w:szCs w:val="28"/>
          <w:lang w:val="ru-RU"/>
        </w:rPr>
        <w:lastRenderedPageBreak/>
        <w:t>Анотація</w:t>
      </w:r>
      <w:proofErr w:type="spellEnd"/>
    </w:p>
    <w:p w:rsidR="00931808" w:rsidRDefault="00931808" w:rsidP="00F24CE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Сценарій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літературного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квесту «У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пошуках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казкових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героїв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розроблений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5–7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класів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спрямований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інтересу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узагальнення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зарубіжної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літератури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командної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взаємодії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Матеріал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містить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покроковий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опис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квесту,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інструкції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ведучого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зміст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шести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станцій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різними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видами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завдань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вікторини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літературні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загадки,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прислів’я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впізнавання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героїв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вправи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«правда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неправда»)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31808" w:rsidRPr="00931808" w:rsidRDefault="00931808" w:rsidP="00F24CE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Сценарій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використаний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учителями для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позакласного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заходу,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тематичного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тижня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інтерактивного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уроку,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підвищенню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читацької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грамотності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уваги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пізнавальної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активності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школярів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B04C5" w:rsidRPr="00931808" w:rsidRDefault="00E3532C" w:rsidP="00F24CEB">
      <w:pPr>
        <w:pStyle w:val="1"/>
        <w:spacing w:line="360" w:lineRule="auto"/>
        <w:jc w:val="center"/>
        <w:rPr>
          <w:rFonts w:ascii="Times New Roman" w:hAnsi="Times New Roman" w:cs="Times New Roman"/>
          <w:lang w:val="ru-RU"/>
        </w:rPr>
      </w:pPr>
      <w:proofErr w:type="spellStart"/>
      <w:r w:rsidRPr="00931808">
        <w:rPr>
          <w:rFonts w:ascii="Times New Roman" w:hAnsi="Times New Roman" w:cs="Times New Roman"/>
          <w:lang w:val="ru-RU"/>
        </w:rPr>
        <w:t>Літературний</w:t>
      </w:r>
      <w:proofErr w:type="spellEnd"/>
      <w:r w:rsidRPr="00931808">
        <w:rPr>
          <w:rFonts w:ascii="Times New Roman" w:hAnsi="Times New Roman" w:cs="Times New Roman"/>
          <w:lang w:val="ru-RU"/>
        </w:rPr>
        <w:t xml:space="preserve"> квест «У </w:t>
      </w:r>
      <w:proofErr w:type="spellStart"/>
      <w:r w:rsidRPr="00931808">
        <w:rPr>
          <w:rFonts w:ascii="Times New Roman" w:hAnsi="Times New Roman" w:cs="Times New Roman"/>
          <w:lang w:val="ru-RU"/>
        </w:rPr>
        <w:t>пошуках</w:t>
      </w:r>
      <w:proofErr w:type="spellEnd"/>
      <w:r w:rsidRPr="0093180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lang w:val="ru-RU"/>
        </w:rPr>
        <w:t>казкових</w:t>
      </w:r>
      <w:proofErr w:type="spellEnd"/>
      <w:r w:rsidRPr="0093180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lang w:val="ru-RU"/>
        </w:rPr>
        <w:t>героїв</w:t>
      </w:r>
      <w:proofErr w:type="spellEnd"/>
      <w:r w:rsidRPr="00931808">
        <w:rPr>
          <w:rFonts w:ascii="Times New Roman" w:hAnsi="Times New Roman" w:cs="Times New Roman"/>
          <w:lang w:val="ru-RU"/>
        </w:rPr>
        <w:t>»</w:t>
      </w:r>
    </w:p>
    <w:p w:rsidR="008B04C5" w:rsidRPr="00931808" w:rsidRDefault="00E3532C" w:rsidP="00F24C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Мета: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інтерес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зарубіжних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казок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закріпити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змісту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творів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доброту,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командний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дух.</w:t>
      </w:r>
    </w:p>
    <w:p w:rsidR="008B04C5" w:rsidRPr="00931808" w:rsidRDefault="00E3532C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Форма </w:t>
      </w:r>
      <w:proofErr w:type="spellStart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проведення</w:t>
      </w:r>
      <w:proofErr w:type="spellEnd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командна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(3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по 5–6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).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Тривалість</w:t>
      </w:r>
      <w:proofErr w:type="spellEnd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40–5</w:t>
      </w:r>
      <w:r w:rsidR="00931808">
        <w:rPr>
          <w:rFonts w:ascii="Times New Roman" w:hAnsi="Times New Roman" w:cs="Times New Roman"/>
          <w:sz w:val="28"/>
          <w:szCs w:val="28"/>
          <w:lang w:val="ru-RU"/>
        </w:rPr>
        <w:t xml:space="preserve">0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хвилин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Місце</w:t>
      </w:r>
      <w:proofErr w:type="spellEnd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проведення</w:t>
      </w:r>
      <w:proofErr w:type="spellEnd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шкільні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коридори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бібліотека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класи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B04C5" w:rsidRPr="00931808" w:rsidRDefault="00E3532C" w:rsidP="00F24C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Обладнання</w:t>
      </w:r>
      <w:proofErr w:type="spellEnd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маршрутні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листи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картки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завданнями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скринька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з призом.</w:t>
      </w:r>
    </w:p>
    <w:p w:rsidR="008B04C5" w:rsidRPr="00931808" w:rsidRDefault="00E3532C" w:rsidP="00F24CEB">
      <w:pPr>
        <w:pStyle w:val="21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Хід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заходу</w:t>
      </w:r>
    </w:p>
    <w:p w:rsidR="00F24CEB" w:rsidRPr="00F24CEB" w:rsidRDefault="00E3532C" w:rsidP="00F24C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Ведучий</w:t>
      </w:r>
      <w:proofErr w:type="spellEnd"/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Доброго дня,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юні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мандрівники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казкового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світу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на вас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чекає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захоплива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подорож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країну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чудес і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пригод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Десь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сторінок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улюблених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книг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сховався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той,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випробовує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вашу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кмітливість</w:t>
      </w:r>
      <w:proofErr w:type="spellEnd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F24CEB" w:rsidRPr="00F24CEB">
        <w:rPr>
          <w:rFonts w:ascii="Times New Roman" w:hAnsi="Times New Roman" w:cs="Times New Roman"/>
          <w:sz w:val="28"/>
          <w:szCs w:val="28"/>
          <w:lang w:val="ru-RU"/>
        </w:rPr>
        <w:t>увагу</w:t>
      </w:r>
      <w:proofErr w:type="spellEnd"/>
      <w:r w:rsidR="00F24CE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24CEB" w:rsidRPr="00F24CEB" w:rsidRDefault="00F24CEB" w:rsidP="00F24C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lastRenderedPageBreak/>
        <w:t>Щоб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пройти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випробування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вирушите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станціями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виконуватимете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пов’язані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з героями та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подіями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зарубіжних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казок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. За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кожне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правильно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виконане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команда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отримуватиме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ключ.</w:t>
      </w:r>
    </w:p>
    <w:p w:rsidR="00F24CEB" w:rsidRPr="00F24CEB" w:rsidRDefault="00F24CEB" w:rsidP="00F24C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24CEB" w:rsidRPr="00F24CEB" w:rsidRDefault="00F24CEB" w:rsidP="00F24C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Зібравши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ключі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зможете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скласти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слово, яке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зніме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таємничі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чари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відкриє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двері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до перемоги. </w:t>
      </w:r>
    </w:p>
    <w:p w:rsidR="00A0349F" w:rsidRPr="00931808" w:rsidRDefault="00F24CEB" w:rsidP="00F24C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вирушаємо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назустріч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пригодам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! Час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починати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квест!</w:t>
      </w:r>
    </w:p>
    <w:p w:rsidR="00562930" w:rsidRPr="00F24CEB" w:rsidRDefault="00E3532C" w:rsidP="00F24CEB">
      <w:pPr>
        <w:pStyle w:val="31"/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F24CEB">
        <w:rPr>
          <w:rFonts w:ascii="Times New Roman" w:hAnsi="Times New Roman" w:cs="Times New Roman"/>
          <w:color w:val="auto"/>
          <w:sz w:val="28"/>
          <w:szCs w:val="28"/>
          <w:lang w:val="ru-RU"/>
        </w:rPr>
        <w:t>Станція</w:t>
      </w:r>
      <w:proofErr w:type="spellEnd"/>
      <w:r w:rsidRPr="00F24CE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1. </w:t>
      </w:r>
      <w:proofErr w:type="spellStart"/>
      <w:r w:rsidRPr="00F24CEB">
        <w:rPr>
          <w:rFonts w:ascii="Times New Roman" w:hAnsi="Times New Roman" w:cs="Times New Roman"/>
          <w:color w:val="auto"/>
          <w:sz w:val="28"/>
          <w:szCs w:val="28"/>
          <w:lang w:val="ru-RU"/>
        </w:rPr>
        <w:t>Казкова</w:t>
      </w:r>
      <w:proofErr w:type="spellEnd"/>
      <w:r w:rsidRPr="00F24CE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F41190" w:rsidRPr="00F24CEB">
        <w:rPr>
          <w:rFonts w:ascii="Times New Roman" w:hAnsi="Times New Roman" w:cs="Times New Roman"/>
          <w:color w:val="auto"/>
          <w:sz w:val="28"/>
          <w:szCs w:val="28"/>
          <w:lang w:val="ru-RU"/>
        </w:rPr>
        <w:t>вікторина</w:t>
      </w:r>
      <w:proofErr w:type="spellEnd"/>
    </w:p>
    <w:p w:rsidR="00562930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62930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1️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Яка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героїня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загубила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черевичок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на балу?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Попелюшк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spellEnd"/>
    </w:p>
    <w:p w:rsidR="00562930" w:rsidRPr="00931808" w:rsidRDefault="00F4119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Як звали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дівчинку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яка жила у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трьох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ведмедів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Золотоволоска</w:t>
      </w:r>
      <w:proofErr w:type="spellEnd"/>
    </w:p>
    <w:p w:rsidR="00562930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3️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написав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казку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Снігова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королева»?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Ганс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Крістіан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Андерсен</w:t>
      </w:r>
    </w:p>
    <w:p w:rsidR="00562930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4️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герой носив черевики-скороходи?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Іван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-царевич </w:t>
      </w:r>
    </w:p>
    <w:p w:rsidR="00562930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5️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Як звали хлопчика,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зробленого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з дерева?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Піноккіо</w:t>
      </w:r>
      <w:proofErr w:type="spellEnd"/>
    </w:p>
    <w:p w:rsidR="00562930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6️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герой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мав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чарівну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лампу,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виконувала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бажання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Аладдін</w:t>
      </w:r>
      <w:proofErr w:type="spellEnd"/>
    </w:p>
    <w:p w:rsidR="00562930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7️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Назвіть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героя,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жив у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лісі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любив мед.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Вінні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-Пух</w:t>
      </w:r>
    </w:p>
    <w:p w:rsidR="00A0349F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8️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автор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казки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“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ик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лебеді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”?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0349F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Ганс </w:t>
      </w:r>
      <w:proofErr w:type="spellStart"/>
      <w:r w:rsidR="00A0349F" w:rsidRPr="00931808">
        <w:rPr>
          <w:rFonts w:ascii="Times New Roman" w:hAnsi="Times New Roman" w:cs="Times New Roman"/>
          <w:sz w:val="28"/>
          <w:szCs w:val="28"/>
          <w:lang w:val="ru-RU"/>
        </w:rPr>
        <w:t>Крістіан</w:t>
      </w:r>
      <w:proofErr w:type="spellEnd"/>
      <w:r w:rsidR="00A0349F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Андерсен</w:t>
      </w:r>
    </w:p>
    <w:p w:rsidR="00562930" w:rsidRPr="00931808" w:rsidRDefault="00A0349F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Як звали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дівчинку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яку створив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тато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Карло?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Мальвіна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62930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A0349F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0. 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герой  ходив</w:t>
      </w:r>
      <w:proofErr w:type="gram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ланцюгу</w:t>
      </w:r>
      <w:proofErr w:type="spellEnd"/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Кіт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прологу до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поеми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Пушкіна</w:t>
      </w:r>
      <w:proofErr w:type="spellEnd"/>
    </w:p>
    <w:p w:rsidR="00562930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62930" w:rsidRPr="00F24CEB" w:rsidRDefault="00E3532C" w:rsidP="00F24CEB">
      <w:pPr>
        <w:pStyle w:val="31"/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F24CEB">
        <w:rPr>
          <w:rFonts w:ascii="Times New Roman" w:hAnsi="Times New Roman" w:cs="Times New Roman"/>
          <w:color w:val="auto"/>
          <w:sz w:val="28"/>
          <w:szCs w:val="28"/>
          <w:lang w:val="ru-RU"/>
        </w:rPr>
        <w:t>Станція</w:t>
      </w:r>
      <w:proofErr w:type="spellEnd"/>
      <w:r w:rsidRPr="00F24CE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2. </w:t>
      </w:r>
      <w:proofErr w:type="spellStart"/>
      <w:r w:rsidRPr="00F24CEB">
        <w:rPr>
          <w:rFonts w:ascii="Times New Roman" w:hAnsi="Times New Roman" w:cs="Times New Roman"/>
          <w:color w:val="auto"/>
          <w:sz w:val="28"/>
          <w:szCs w:val="28"/>
          <w:lang w:val="ru-RU"/>
        </w:rPr>
        <w:t>Впізнай</w:t>
      </w:r>
      <w:proofErr w:type="spellEnd"/>
      <w:r w:rsidRPr="00F24CE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героя</w:t>
      </w:r>
    </w:p>
    <w:p w:rsidR="00F24CEB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1️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Дівчинка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червоному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капелюшку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йшла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бабусі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Червона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Шапочк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>а</w:t>
      </w:r>
    </w:p>
    <w:p w:rsidR="00562930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2️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Хлопчик,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рятував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Папу Карло та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мав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довгий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ніс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Буратіно</w:t>
      </w:r>
      <w:proofErr w:type="spellEnd"/>
    </w:p>
    <w:p w:rsidR="00562930" w:rsidRPr="00931808" w:rsidRDefault="0056293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3️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proofErr w:type="gram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маленьк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ою і жила 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квітці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24C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Дюймовочка</w:t>
      </w:r>
    </w:p>
    <w:p w:rsidR="00562930" w:rsidRPr="00931808" w:rsidRDefault="00F24CEB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4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Великий </w:t>
      </w:r>
      <w:r w:rsidR="00A0349F" w:rsidRPr="00931808"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 w:rsidR="00A0349F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добрий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любить мед</w:t>
      </w:r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Вінні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-Пух</w:t>
      </w:r>
    </w:p>
    <w:p w:rsidR="00562930" w:rsidRPr="00931808" w:rsidRDefault="00F24CEB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Маленький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чоловічок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жив у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казковому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лісі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допомагав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друзям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Гном</w:t>
      </w:r>
    </w:p>
    <w:p w:rsidR="00562930" w:rsidRPr="00931808" w:rsidRDefault="00F24CEB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Дівчинка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потрапила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країни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чарівників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кролячу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нору.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Аліса</w:t>
      </w:r>
      <w:proofErr w:type="spellEnd"/>
    </w:p>
    <w:p w:rsidR="00562930" w:rsidRPr="00931808" w:rsidRDefault="00F24CEB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Дівчинка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яка спала 100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Спляча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Красуня</w:t>
      </w:r>
      <w:proofErr w:type="spellEnd"/>
    </w:p>
    <w:p w:rsidR="00A0349F" w:rsidRPr="00931808" w:rsidRDefault="00305A1A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Хлопчик,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літав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крилах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грався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друзями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Карлсон (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літав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пропелері</w:t>
      </w:r>
      <w:proofErr w:type="spellEnd"/>
      <w:r w:rsidR="0056293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0B3BE0" w:rsidRPr="00931808" w:rsidRDefault="00305A1A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Хлопчик </w:t>
      </w:r>
      <w:proofErr w:type="spellStart"/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>виріс</w:t>
      </w:r>
      <w:proofErr w:type="spellEnd"/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>вовків</w:t>
      </w:r>
      <w:proofErr w:type="spellEnd"/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>у джунглях</w:t>
      </w:r>
      <w:proofErr w:type="gramEnd"/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>Мауглі</w:t>
      </w:r>
      <w:proofErr w:type="spellEnd"/>
    </w:p>
    <w:p w:rsidR="00A0349F" w:rsidRPr="00931808" w:rsidRDefault="00A0349F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8B04C5" w:rsidRPr="00305A1A" w:rsidRDefault="00E3532C" w:rsidP="00F24CEB">
      <w:pPr>
        <w:pStyle w:val="31"/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305A1A">
        <w:rPr>
          <w:rFonts w:ascii="Times New Roman" w:hAnsi="Times New Roman" w:cs="Times New Roman"/>
          <w:color w:val="auto"/>
          <w:sz w:val="28"/>
          <w:szCs w:val="28"/>
          <w:lang w:val="ru-RU"/>
        </w:rPr>
        <w:t>Станція</w:t>
      </w:r>
      <w:proofErr w:type="spellEnd"/>
      <w:r w:rsidRPr="00305A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3.</w:t>
      </w:r>
      <w:r w:rsidR="00F41190" w:rsidRPr="00305A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Правд</w:t>
      </w:r>
      <w:r w:rsidR="000B3BE0" w:rsidRPr="00305A1A">
        <w:rPr>
          <w:rFonts w:ascii="Times New Roman" w:hAnsi="Times New Roman" w:cs="Times New Roman"/>
          <w:color w:val="auto"/>
          <w:sz w:val="28"/>
          <w:szCs w:val="28"/>
          <w:lang w:val="ru-RU"/>
        </w:rPr>
        <w:t>а</w:t>
      </w:r>
      <w:r w:rsidR="00F41190" w:rsidRPr="00305A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F41190" w:rsidRPr="00305A1A">
        <w:rPr>
          <w:rFonts w:ascii="Times New Roman" w:hAnsi="Times New Roman" w:cs="Times New Roman"/>
          <w:color w:val="auto"/>
          <w:sz w:val="28"/>
          <w:szCs w:val="28"/>
          <w:lang w:val="ru-RU"/>
        </w:rPr>
        <w:t>чи</w:t>
      </w:r>
      <w:proofErr w:type="spellEnd"/>
      <w:r w:rsidR="00F41190" w:rsidRPr="00305A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неправда</w:t>
      </w:r>
    </w:p>
    <w:p w:rsidR="00F41190" w:rsidRPr="00931808" w:rsidRDefault="00F4119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Маленький принц жив на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планеті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Земля. (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Мауглі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виховували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вовки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gramStart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так 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  <w:proofErr w:type="gramEnd"/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Попелюшка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втекла з балу,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втратила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капелюх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Робінзон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Крузо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врятував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П’ятницю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. (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Так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Піноккіо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брехав і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вуха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осли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Червона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Шапочка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зустріла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едмедя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proofErr w:type="gram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дорозі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Маленький принц дружив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лисом. (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Так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Аліса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подорожувала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країною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з кроликом і котом. (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Так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Гаррі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Поттер жив у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лісі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сам. (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A0349F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Білосніжка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мала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ві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сім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гномів-друзів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8B04C5" w:rsidRPr="00305A1A" w:rsidRDefault="00E3532C" w:rsidP="00F24CEB">
      <w:pPr>
        <w:pStyle w:val="31"/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305A1A">
        <w:rPr>
          <w:rFonts w:ascii="Times New Roman" w:hAnsi="Times New Roman" w:cs="Times New Roman"/>
          <w:color w:val="auto"/>
          <w:sz w:val="28"/>
          <w:szCs w:val="28"/>
          <w:lang w:val="ru-RU"/>
        </w:rPr>
        <w:t>Станція</w:t>
      </w:r>
      <w:proofErr w:type="spellEnd"/>
      <w:r w:rsidRPr="00305A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4. </w:t>
      </w:r>
      <w:proofErr w:type="spellStart"/>
      <w:r w:rsidRPr="00305A1A">
        <w:rPr>
          <w:rFonts w:ascii="Times New Roman" w:hAnsi="Times New Roman" w:cs="Times New Roman"/>
          <w:color w:val="auto"/>
          <w:sz w:val="28"/>
          <w:szCs w:val="28"/>
          <w:lang w:val="ru-RU"/>
        </w:rPr>
        <w:t>Літературні</w:t>
      </w:r>
      <w:proofErr w:type="spellEnd"/>
      <w:r w:rsidRPr="00305A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загадки</w:t>
      </w:r>
    </w:p>
    <w:p w:rsidR="00F41190" w:rsidRPr="00931808" w:rsidRDefault="00F4119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Назвіть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титул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героїні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покладений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 в</w:t>
      </w:r>
      <w:proofErr w:type="gram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основу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казки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Андерсена. (Королева)  </w:t>
      </w:r>
    </w:p>
    <w:p w:rsidR="00F41190" w:rsidRPr="00931808" w:rsidRDefault="00F4119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Ім'я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друга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Герди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 (Кай)</w:t>
      </w:r>
    </w:p>
    <w:p w:rsidR="00F41190" w:rsidRPr="00931808" w:rsidRDefault="00F4119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3.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Найстрашніший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ворог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Мауглі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(Шер - Хан) </w:t>
      </w:r>
    </w:p>
    <w:p w:rsidR="00F41190" w:rsidRPr="00931808" w:rsidRDefault="00F4119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сестер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дружини</w:t>
      </w:r>
      <w:proofErr w:type="spellEnd"/>
      <w:r w:rsidR="000B3BE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>Салтана? (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Дві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</w:p>
    <w:p w:rsidR="00F41190" w:rsidRPr="00931808" w:rsidRDefault="00F4119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5. Хлопчик-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зірка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як прогнав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матір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став схожим на… (Жабу)   </w:t>
      </w:r>
    </w:p>
    <w:p w:rsidR="00F41190" w:rsidRPr="00931808" w:rsidRDefault="00F4119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Маленька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сіренька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пташечка, яка прогнала Смерть? (Соловей)</w:t>
      </w:r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олов’яних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солдатиків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? (25)</w:t>
      </w:r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Дівчинка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яка перемогла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Снігову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Королеву? (Герда)</w:t>
      </w:r>
    </w:p>
    <w:p w:rsidR="00F4119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Як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мешканці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джунглів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називали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вогонь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? (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Червона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квітка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A0349F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.    Як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збірка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арабських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казок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gram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(«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Тисяча</w:t>
      </w:r>
      <w:proofErr w:type="spellEnd"/>
      <w:proofErr w:type="gram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і одна </w:t>
      </w:r>
      <w:proofErr w:type="spellStart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ніч</w:t>
      </w:r>
      <w:proofErr w:type="spellEnd"/>
      <w:r w:rsidR="00F41190" w:rsidRPr="00931808">
        <w:rPr>
          <w:rFonts w:ascii="Times New Roman" w:hAnsi="Times New Roman" w:cs="Times New Roman"/>
          <w:sz w:val="28"/>
          <w:szCs w:val="28"/>
          <w:lang w:val="ru-RU"/>
        </w:rPr>
        <w:t>»)</w:t>
      </w:r>
    </w:p>
    <w:p w:rsidR="008B04C5" w:rsidRPr="00931808" w:rsidRDefault="00E3532C" w:rsidP="00F24CEB">
      <w:pPr>
        <w:pStyle w:val="31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Станція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5. </w:t>
      </w:r>
      <w:bookmarkStart w:id="0" w:name="_Hlk214266888"/>
      <w:proofErr w:type="spellStart"/>
      <w:r w:rsidR="00180263" w:rsidRPr="00931808">
        <w:rPr>
          <w:rFonts w:ascii="Times New Roman" w:hAnsi="Times New Roman" w:cs="Times New Roman"/>
          <w:sz w:val="28"/>
          <w:szCs w:val="28"/>
          <w:lang w:val="ru-RU"/>
        </w:rPr>
        <w:t>Сім</w:t>
      </w:r>
      <w:proofErr w:type="spellEnd"/>
      <w:r w:rsidR="00180263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0263" w:rsidRPr="00931808">
        <w:rPr>
          <w:rFonts w:ascii="Times New Roman" w:hAnsi="Times New Roman" w:cs="Times New Roman"/>
          <w:sz w:val="28"/>
          <w:szCs w:val="28"/>
          <w:lang w:val="ru-RU"/>
        </w:rPr>
        <w:t>ключових</w:t>
      </w:r>
      <w:proofErr w:type="spellEnd"/>
      <w:r w:rsidR="00180263"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0263" w:rsidRPr="00931808">
        <w:rPr>
          <w:rFonts w:ascii="Times New Roman" w:hAnsi="Times New Roman" w:cs="Times New Roman"/>
          <w:sz w:val="28"/>
          <w:szCs w:val="28"/>
          <w:lang w:val="ru-RU"/>
        </w:rPr>
        <w:t>слів</w:t>
      </w:r>
      <w:bookmarkEnd w:id="0"/>
      <w:proofErr w:type="spellEnd"/>
    </w:p>
    <w:p w:rsidR="000B3BE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Сім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ключових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твір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0B3BE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B3BE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Дзеркальце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троянда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олень, ворон,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розбійники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карета,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сльози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 («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Снігова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королева»)</w:t>
      </w:r>
    </w:p>
    <w:p w:rsidR="000B3BE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Піч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веретено, перина,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колодязь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яблука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брама,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півень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 («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Пані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Метелиця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»)</w:t>
      </w:r>
    </w:p>
    <w:p w:rsidR="000B3BE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Сопілка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професор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корзина,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білка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собаки, зима,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вогнище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 («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Дванадцять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місяців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»)</w:t>
      </w:r>
    </w:p>
    <w:p w:rsidR="000B3BE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Черевичок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миші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годинник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хрещена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мати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попіл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, бал. («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Попелюшка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»)</w:t>
      </w:r>
    </w:p>
    <w:p w:rsidR="000B3BE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Паркан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бородавки,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печера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скарби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цвинтар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школа,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кліщ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 («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Пригоди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Тома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Сойєра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»)</w:t>
      </w:r>
    </w:p>
    <w:p w:rsidR="000B3BE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6. Кози,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щоденник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порох,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човен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папуга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зарубки,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частокіл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 («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Робінзон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Крузо»)</w:t>
      </w:r>
    </w:p>
    <w:p w:rsidR="000B3BE0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8. Кит, компас,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работоргівля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тубільці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Африка, С.В.,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термітник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 («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П’ятнадцятирічний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капітан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») </w:t>
      </w:r>
    </w:p>
    <w:p w:rsidR="00180263" w:rsidRPr="00931808" w:rsidRDefault="000B3B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9.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Пілот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пустеля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баобаб, лис,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змія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троянда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вулкани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 («Маленький принц»)</w:t>
      </w:r>
    </w:p>
    <w:p w:rsidR="00180263" w:rsidRPr="00931808" w:rsidRDefault="00180263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0349F" w:rsidRPr="00931808" w:rsidRDefault="009855C0" w:rsidP="00F24CEB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6. </w:t>
      </w:r>
      <w:proofErr w:type="spellStart"/>
      <w:r w:rsidR="00A0349F"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Станція</w:t>
      </w:r>
      <w:proofErr w:type="spellEnd"/>
      <w:r w:rsidR="004E77E0"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6. </w:t>
      </w:r>
      <w:r w:rsidR="00A0349F"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«Народ </w:t>
      </w:r>
      <w:proofErr w:type="spellStart"/>
      <w:r w:rsidR="00A0349F"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скаже</w:t>
      </w:r>
      <w:proofErr w:type="spellEnd"/>
      <w:r w:rsidR="00A0349F"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як </w:t>
      </w:r>
      <w:proofErr w:type="spellStart"/>
      <w:r w:rsidR="00A0349F"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зав’яже</w:t>
      </w:r>
      <w:proofErr w:type="spellEnd"/>
      <w:r w:rsidR="00A0349F" w:rsidRPr="00931808">
        <w:rPr>
          <w:rFonts w:ascii="Times New Roman" w:hAnsi="Times New Roman" w:cs="Times New Roman"/>
          <w:b/>
          <w:bCs/>
          <w:sz w:val="28"/>
          <w:szCs w:val="28"/>
          <w:lang w:val="ru-RU"/>
        </w:rPr>
        <w:t>»</w:t>
      </w:r>
    </w:p>
    <w:p w:rsidR="00A0349F" w:rsidRPr="00931808" w:rsidRDefault="00A0349F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Вставити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пропущені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слова та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словосполучення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прислів’я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приказки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0349F" w:rsidRPr="00931808" w:rsidRDefault="00A0349F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80263" w:rsidRPr="00305A1A" w:rsidRDefault="00A0349F" w:rsidP="00F24CEB">
      <w:pPr>
        <w:pStyle w:val="ae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Язик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до __________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доведе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gramStart"/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>Києва</w:t>
      </w:r>
      <w:proofErr w:type="spellEnd"/>
      <w:proofErr w:type="gramEnd"/>
      <w:r w:rsidR="00305A1A" w:rsidRPr="00305A1A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80263" w:rsidRPr="00305A1A" w:rsidRDefault="00A0349F" w:rsidP="00F24CEB">
      <w:pPr>
        <w:pStyle w:val="ae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Сім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разів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відміряй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>, _______    _________.</w:t>
      </w:r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>Оди</w:t>
      </w:r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>відріж</w:t>
      </w:r>
      <w:proofErr w:type="spellEnd"/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80263" w:rsidRPr="00305A1A" w:rsidRDefault="00A0349F" w:rsidP="00F24CEB">
      <w:pPr>
        <w:pStyle w:val="ae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пісні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__________ не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викинеш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80263" w:rsidRPr="00305A1A" w:rsidRDefault="00A0349F" w:rsidP="00F24CEB">
      <w:pPr>
        <w:pStyle w:val="ae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Маєш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честь –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_________, а без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честі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- _________.</w:t>
      </w:r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Людина, </w:t>
      </w:r>
      <w:proofErr w:type="spellStart"/>
      <w:r w:rsidR="00F24CEB" w:rsidRPr="00305A1A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>іщо</w:t>
      </w:r>
      <w:proofErr w:type="spellEnd"/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80263" w:rsidRPr="00305A1A" w:rsidRDefault="009855C0" w:rsidP="00F24CEB">
      <w:pPr>
        <w:pStyle w:val="ae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305A1A">
        <w:rPr>
          <w:rFonts w:ascii="Times New Roman" w:hAnsi="Times New Roman" w:cs="Times New Roman"/>
          <w:sz w:val="28"/>
          <w:szCs w:val="28"/>
          <w:lang w:val="ru-RU"/>
        </w:rPr>
        <w:t>читає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>,_</w:t>
      </w:r>
      <w:proofErr w:type="gramEnd"/>
      <w:r w:rsidRPr="00305A1A">
        <w:rPr>
          <w:rFonts w:ascii="Times New Roman" w:hAnsi="Times New Roman" w:cs="Times New Roman"/>
          <w:sz w:val="28"/>
          <w:szCs w:val="28"/>
          <w:lang w:val="ru-RU"/>
        </w:rPr>
        <w:t>_________________</w:t>
      </w:r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той </w:t>
      </w:r>
      <w:proofErr w:type="spellStart"/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>знає</w:t>
      </w:r>
      <w:proofErr w:type="spellEnd"/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80263" w:rsidRPr="00305A1A" w:rsidRDefault="009855C0" w:rsidP="00F24CEB">
      <w:pPr>
        <w:pStyle w:val="ae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одяг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красить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людину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>вчинки</w:t>
      </w:r>
      <w:proofErr w:type="spellEnd"/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80263" w:rsidRPr="00305A1A" w:rsidRDefault="009855C0" w:rsidP="00F24CEB">
      <w:pPr>
        <w:pStyle w:val="ae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Не кажи «не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вмію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>», а кажи «___________».</w:t>
      </w:r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8A2967" w:rsidRPr="00305A1A">
        <w:rPr>
          <w:rFonts w:ascii="Times New Roman" w:hAnsi="Times New Roman" w:cs="Times New Roman"/>
          <w:sz w:val="28"/>
          <w:szCs w:val="28"/>
          <w:lang w:val="ru-RU"/>
        </w:rPr>
        <w:t>навчуся</w:t>
      </w:r>
      <w:proofErr w:type="spellEnd"/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80263" w:rsidRPr="00305A1A" w:rsidRDefault="008A2967" w:rsidP="00F24CEB">
      <w:pPr>
        <w:pStyle w:val="ae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Яка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праця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така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й ________</w:t>
      </w:r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нагорода</w:t>
      </w:r>
      <w:proofErr w:type="spellEnd"/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80263" w:rsidRPr="00305A1A" w:rsidRDefault="008A2967" w:rsidP="00F24CEB">
      <w:pPr>
        <w:pStyle w:val="ae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Добре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ім’я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краще</w:t>
      </w:r>
      <w:proofErr w:type="spellEnd"/>
      <w:r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за ________.</w:t>
      </w:r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305A1A">
        <w:rPr>
          <w:rFonts w:ascii="Times New Roman" w:hAnsi="Times New Roman" w:cs="Times New Roman"/>
          <w:sz w:val="28"/>
          <w:szCs w:val="28"/>
          <w:lang w:val="ru-RU"/>
        </w:rPr>
        <w:t>багатство</w:t>
      </w:r>
      <w:proofErr w:type="spellEnd"/>
      <w:r w:rsidR="00180263" w:rsidRPr="00305A1A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E34AA6" w:rsidRPr="00F24CEB" w:rsidRDefault="008A2967" w:rsidP="00F24CEB">
      <w:pPr>
        <w:pStyle w:val="ae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 З книгою </w:t>
      </w:r>
      <w:proofErr w:type="spellStart"/>
      <w:proofErr w:type="gram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жити</w:t>
      </w:r>
      <w:proofErr w:type="spellEnd"/>
      <w:r w:rsidRPr="00F24CEB">
        <w:rPr>
          <w:rFonts w:ascii="Times New Roman" w:hAnsi="Times New Roman" w:cs="Times New Roman"/>
          <w:sz w:val="28"/>
          <w:szCs w:val="28"/>
          <w:lang w:val="ru-RU"/>
        </w:rPr>
        <w:t>,  _</w:t>
      </w:r>
      <w:proofErr w:type="gramEnd"/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_______ </w:t>
      </w:r>
      <w:r w:rsidR="00180263" w:rsidRPr="00F24CE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F24CEB">
        <w:rPr>
          <w:rFonts w:ascii="Times New Roman" w:hAnsi="Times New Roman" w:cs="Times New Roman"/>
          <w:sz w:val="28"/>
          <w:szCs w:val="28"/>
          <w:lang w:val="ru-RU"/>
        </w:rPr>
        <w:t xml:space="preserve">з добром  </w:t>
      </w:r>
      <w:proofErr w:type="spellStart"/>
      <w:r w:rsidRPr="00F24CEB">
        <w:rPr>
          <w:rFonts w:ascii="Times New Roman" w:hAnsi="Times New Roman" w:cs="Times New Roman"/>
          <w:sz w:val="28"/>
          <w:szCs w:val="28"/>
          <w:lang w:val="ru-RU"/>
        </w:rPr>
        <w:t>дружити</w:t>
      </w:r>
      <w:proofErr w:type="spellEnd"/>
      <w:r w:rsidR="00180263" w:rsidRPr="00F24CEB">
        <w:rPr>
          <w:rFonts w:ascii="Times New Roman" w:hAnsi="Times New Roman" w:cs="Times New Roman"/>
          <w:sz w:val="28"/>
          <w:szCs w:val="28"/>
          <w:lang w:val="ru-RU"/>
        </w:rPr>
        <w:t>)</w:t>
      </w:r>
      <w:bookmarkStart w:id="1" w:name="_Hlk214266951"/>
    </w:p>
    <w:p w:rsidR="00E34AA6" w:rsidRPr="00931808" w:rsidRDefault="00E34AA6" w:rsidP="00F24CEB">
      <w:pPr>
        <w:pStyle w:val="ae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855C0" w:rsidRPr="00931808" w:rsidRDefault="009855C0" w:rsidP="00F24CEB">
      <w:pPr>
        <w:pStyle w:val="ae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Маршрутний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лист</w:t>
      </w:r>
    </w:p>
    <w:p w:rsidR="009855C0" w:rsidRPr="00931808" w:rsidRDefault="009855C0" w:rsidP="00F24C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___</w:t>
      </w:r>
      <w:r w:rsidR="004E77E0" w:rsidRPr="00931808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____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529"/>
        <w:gridCol w:w="2877"/>
        <w:gridCol w:w="1767"/>
        <w:gridCol w:w="1730"/>
        <w:gridCol w:w="1727"/>
      </w:tblGrid>
      <w:tr w:rsidR="005A4B95" w:rsidRPr="00931808" w:rsidTr="00E34AA6">
        <w:tc>
          <w:tcPr>
            <w:tcW w:w="534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bookmarkStart w:id="2" w:name="_Hlk214269372"/>
            <w:bookmarkEnd w:id="1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</w:p>
        </w:tc>
        <w:tc>
          <w:tcPr>
            <w:tcW w:w="3008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Станція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771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Де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знаходиться</w:t>
            </w:r>
            <w:proofErr w:type="spellEnd"/>
          </w:p>
        </w:tc>
        <w:tc>
          <w:tcPr>
            <w:tcW w:w="1771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Кількість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балів</w:t>
            </w:r>
            <w:proofErr w:type="spellEnd"/>
          </w:p>
        </w:tc>
        <w:tc>
          <w:tcPr>
            <w:tcW w:w="1772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Підпис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ведучого</w:t>
            </w:r>
            <w:proofErr w:type="spellEnd"/>
          </w:p>
        </w:tc>
      </w:tr>
      <w:tr w:rsidR="005A4B95" w:rsidRPr="00931808" w:rsidTr="00E34AA6">
        <w:tc>
          <w:tcPr>
            <w:tcW w:w="534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3008" w:type="dxa"/>
          </w:tcPr>
          <w:p w:rsidR="00141E48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Казкова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вікторина</w:t>
            </w:r>
            <w:proofErr w:type="spellEnd"/>
          </w:p>
        </w:tc>
        <w:tc>
          <w:tcPr>
            <w:tcW w:w="1771" w:type="dxa"/>
          </w:tcPr>
          <w:p w:rsidR="005A4B95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педагога-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організатора</w:t>
            </w:r>
            <w:proofErr w:type="spellEnd"/>
          </w:p>
        </w:tc>
        <w:tc>
          <w:tcPr>
            <w:tcW w:w="1771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5A4B95" w:rsidRPr="00931808" w:rsidTr="00E34AA6">
        <w:tc>
          <w:tcPr>
            <w:tcW w:w="534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2</w:t>
            </w:r>
          </w:p>
        </w:tc>
        <w:tc>
          <w:tcPr>
            <w:tcW w:w="3008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Впізнай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34AA6"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героя</w:t>
            </w:r>
            <w:proofErr w:type="gramEnd"/>
          </w:p>
        </w:tc>
        <w:tc>
          <w:tcPr>
            <w:tcW w:w="1771" w:type="dxa"/>
          </w:tcPr>
          <w:p w:rsidR="005A4B95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директора</w:t>
            </w:r>
          </w:p>
        </w:tc>
        <w:tc>
          <w:tcPr>
            <w:tcW w:w="1771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5A4B95" w:rsidRPr="00931808" w:rsidTr="00E34AA6">
        <w:tc>
          <w:tcPr>
            <w:tcW w:w="534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008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Правда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неправда</w:t>
            </w:r>
          </w:p>
        </w:tc>
        <w:tc>
          <w:tcPr>
            <w:tcW w:w="1771" w:type="dxa"/>
          </w:tcPr>
          <w:p w:rsidR="005A4B95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зарубіжної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літератури</w:t>
            </w:r>
            <w:proofErr w:type="spellEnd"/>
          </w:p>
        </w:tc>
        <w:tc>
          <w:tcPr>
            <w:tcW w:w="1771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5A4B95" w:rsidRPr="00931808" w:rsidTr="00E34AA6">
        <w:tc>
          <w:tcPr>
            <w:tcW w:w="534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3008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Літературні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загадки</w:t>
            </w:r>
          </w:p>
        </w:tc>
        <w:tc>
          <w:tcPr>
            <w:tcW w:w="1771" w:type="dxa"/>
          </w:tcPr>
          <w:p w:rsidR="005A4B95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хімії</w:t>
            </w:r>
            <w:proofErr w:type="spellEnd"/>
          </w:p>
        </w:tc>
        <w:tc>
          <w:tcPr>
            <w:tcW w:w="1771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5A4B95" w:rsidRPr="00931808" w:rsidTr="00E34AA6">
        <w:tc>
          <w:tcPr>
            <w:tcW w:w="534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3008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Сім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ключових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слів</w:t>
            </w:r>
            <w:proofErr w:type="spellEnd"/>
          </w:p>
        </w:tc>
        <w:tc>
          <w:tcPr>
            <w:tcW w:w="1771" w:type="dxa"/>
          </w:tcPr>
          <w:p w:rsidR="005A4B95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Бібліотека</w:t>
            </w:r>
            <w:proofErr w:type="spellEnd"/>
          </w:p>
        </w:tc>
        <w:tc>
          <w:tcPr>
            <w:tcW w:w="1771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5A4B95" w:rsidRPr="00931808" w:rsidTr="00E34AA6">
        <w:tc>
          <w:tcPr>
            <w:tcW w:w="534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3008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«Народ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скаже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як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зав’яже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771" w:type="dxa"/>
          </w:tcPr>
          <w:p w:rsidR="005A4B95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біології</w:t>
            </w:r>
            <w:proofErr w:type="spellEnd"/>
          </w:p>
        </w:tc>
        <w:tc>
          <w:tcPr>
            <w:tcW w:w="1771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5A4B95" w:rsidRPr="00931808" w:rsidRDefault="005A4B95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41E48" w:rsidRPr="00931808" w:rsidTr="00AF4FA6">
        <w:tc>
          <w:tcPr>
            <w:tcW w:w="5313" w:type="dxa"/>
            <w:gridSpan w:val="3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Загальна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кількість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балів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3543" w:type="dxa"/>
            <w:gridSpan w:val="2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bookmarkEnd w:id="2"/>
    </w:tbl>
    <w:p w:rsidR="00F24CEB" w:rsidRDefault="00F24CEB" w:rsidP="00F24C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E77E0" w:rsidRPr="00931808" w:rsidRDefault="004E77E0" w:rsidP="00F24C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Маршрутний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лист</w:t>
      </w:r>
    </w:p>
    <w:p w:rsidR="004E77E0" w:rsidRPr="00931808" w:rsidRDefault="004E77E0" w:rsidP="00F24C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___</w:t>
      </w:r>
      <w:r w:rsidR="009A732E" w:rsidRPr="00931808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____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656"/>
        <w:gridCol w:w="2750"/>
        <w:gridCol w:w="1767"/>
        <w:gridCol w:w="1730"/>
        <w:gridCol w:w="1727"/>
      </w:tblGrid>
      <w:tr w:rsidR="00141E48" w:rsidRPr="00931808" w:rsidTr="00E34AA6">
        <w:tc>
          <w:tcPr>
            <w:tcW w:w="675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bookmarkStart w:id="3" w:name="_Hlk214269778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</w:p>
        </w:tc>
        <w:tc>
          <w:tcPr>
            <w:tcW w:w="2867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Станція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771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Де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знаходиться</w:t>
            </w:r>
            <w:proofErr w:type="spellEnd"/>
          </w:p>
        </w:tc>
        <w:tc>
          <w:tcPr>
            <w:tcW w:w="1771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Кількість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балів</w:t>
            </w:r>
            <w:proofErr w:type="spellEnd"/>
          </w:p>
        </w:tc>
        <w:tc>
          <w:tcPr>
            <w:tcW w:w="1772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Підпис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ведучого</w:t>
            </w:r>
            <w:proofErr w:type="spellEnd"/>
          </w:p>
        </w:tc>
      </w:tr>
      <w:tr w:rsidR="00141E48" w:rsidRPr="00931808" w:rsidTr="00E34AA6">
        <w:tc>
          <w:tcPr>
            <w:tcW w:w="675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867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«Народ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скаже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як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зав’яже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771" w:type="dxa"/>
          </w:tcPr>
          <w:p w:rsidR="00141E4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біології</w:t>
            </w:r>
            <w:proofErr w:type="spellEnd"/>
          </w:p>
        </w:tc>
        <w:tc>
          <w:tcPr>
            <w:tcW w:w="1771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41E48" w:rsidRPr="00931808" w:rsidTr="00E34AA6">
        <w:tc>
          <w:tcPr>
            <w:tcW w:w="675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867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Сім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ключових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слів</w:t>
            </w:r>
            <w:proofErr w:type="spellEnd"/>
          </w:p>
        </w:tc>
        <w:tc>
          <w:tcPr>
            <w:tcW w:w="1771" w:type="dxa"/>
          </w:tcPr>
          <w:p w:rsidR="00141E4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Бібліотека</w:t>
            </w:r>
            <w:proofErr w:type="spellEnd"/>
          </w:p>
        </w:tc>
        <w:tc>
          <w:tcPr>
            <w:tcW w:w="1771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41E48" w:rsidRPr="00931808" w:rsidTr="00E34AA6">
        <w:tc>
          <w:tcPr>
            <w:tcW w:w="675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867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Літературні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загадки</w:t>
            </w:r>
          </w:p>
        </w:tc>
        <w:tc>
          <w:tcPr>
            <w:tcW w:w="1771" w:type="dxa"/>
          </w:tcPr>
          <w:p w:rsidR="00141E4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хімії</w:t>
            </w:r>
            <w:proofErr w:type="spellEnd"/>
          </w:p>
        </w:tc>
        <w:tc>
          <w:tcPr>
            <w:tcW w:w="1771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41E48" w:rsidRPr="00931808" w:rsidTr="00E34AA6">
        <w:tc>
          <w:tcPr>
            <w:tcW w:w="675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2867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Впізнай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героя</w:t>
            </w:r>
          </w:p>
        </w:tc>
        <w:tc>
          <w:tcPr>
            <w:tcW w:w="1771" w:type="dxa"/>
          </w:tcPr>
          <w:p w:rsidR="00141E4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директора</w:t>
            </w:r>
          </w:p>
        </w:tc>
        <w:tc>
          <w:tcPr>
            <w:tcW w:w="1771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41E48" w:rsidRPr="00931808" w:rsidTr="00E34AA6">
        <w:tc>
          <w:tcPr>
            <w:tcW w:w="675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867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Правда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неправда</w:t>
            </w:r>
          </w:p>
        </w:tc>
        <w:tc>
          <w:tcPr>
            <w:tcW w:w="1771" w:type="dxa"/>
          </w:tcPr>
          <w:p w:rsidR="00141E4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зарубіжної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літератури</w:t>
            </w:r>
            <w:proofErr w:type="spellEnd"/>
          </w:p>
        </w:tc>
        <w:tc>
          <w:tcPr>
            <w:tcW w:w="1771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41E48" w:rsidRPr="00931808" w:rsidTr="00E34AA6">
        <w:tc>
          <w:tcPr>
            <w:tcW w:w="675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2867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Казкова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вікторина</w:t>
            </w:r>
            <w:proofErr w:type="spellEnd"/>
          </w:p>
        </w:tc>
        <w:tc>
          <w:tcPr>
            <w:tcW w:w="1771" w:type="dxa"/>
          </w:tcPr>
          <w:p w:rsidR="00141E4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педагога-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організатора</w:t>
            </w:r>
            <w:proofErr w:type="spellEnd"/>
          </w:p>
        </w:tc>
        <w:tc>
          <w:tcPr>
            <w:tcW w:w="1771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41E48" w:rsidRPr="00931808" w:rsidTr="00215200">
        <w:tc>
          <w:tcPr>
            <w:tcW w:w="5313" w:type="dxa"/>
            <w:gridSpan w:val="3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Загальна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кількість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балів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3543" w:type="dxa"/>
            <w:gridSpan w:val="2"/>
          </w:tcPr>
          <w:p w:rsidR="00141E48" w:rsidRPr="00931808" w:rsidRDefault="00141E4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bookmarkEnd w:id="3"/>
    </w:tbl>
    <w:p w:rsidR="00E34AA6" w:rsidRPr="00931808" w:rsidRDefault="00E34AA6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E77E0" w:rsidRPr="00931808" w:rsidRDefault="004E77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Маршрутний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лист</w:t>
      </w:r>
    </w:p>
    <w:p w:rsidR="004E77E0" w:rsidRPr="00931808" w:rsidRDefault="004E77E0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t>___</w:t>
      </w:r>
      <w:r w:rsidR="009A732E" w:rsidRPr="00931808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____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913"/>
        <w:gridCol w:w="2493"/>
        <w:gridCol w:w="1767"/>
        <w:gridCol w:w="1730"/>
        <w:gridCol w:w="1727"/>
      </w:tblGrid>
      <w:tr w:rsidR="00344E28" w:rsidRPr="00931808" w:rsidTr="00215200">
        <w:tc>
          <w:tcPr>
            <w:tcW w:w="959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</w:p>
        </w:tc>
        <w:tc>
          <w:tcPr>
            <w:tcW w:w="2583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Станція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771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Де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знаходиться</w:t>
            </w:r>
            <w:proofErr w:type="spellEnd"/>
          </w:p>
        </w:tc>
        <w:tc>
          <w:tcPr>
            <w:tcW w:w="1771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Кількість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балів</w:t>
            </w:r>
            <w:proofErr w:type="spellEnd"/>
          </w:p>
        </w:tc>
        <w:tc>
          <w:tcPr>
            <w:tcW w:w="1772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Підпис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ведучого</w:t>
            </w:r>
            <w:proofErr w:type="spellEnd"/>
          </w:p>
        </w:tc>
      </w:tr>
      <w:tr w:rsidR="00344E28" w:rsidRPr="00931808" w:rsidTr="00215200">
        <w:tc>
          <w:tcPr>
            <w:tcW w:w="959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583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Правда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неправда</w:t>
            </w:r>
          </w:p>
        </w:tc>
        <w:tc>
          <w:tcPr>
            <w:tcW w:w="1771" w:type="dxa"/>
          </w:tcPr>
          <w:p w:rsidR="00344E2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зарубіжної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літератури</w:t>
            </w:r>
            <w:proofErr w:type="spellEnd"/>
          </w:p>
        </w:tc>
        <w:tc>
          <w:tcPr>
            <w:tcW w:w="1771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4E28" w:rsidRPr="00931808" w:rsidTr="00215200">
        <w:tc>
          <w:tcPr>
            <w:tcW w:w="959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583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«Народ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скаже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як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зав’яже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771" w:type="dxa"/>
          </w:tcPr>
          <w:p w:rsidR="00344E2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біології</w:t>
            </w:r>
            <w:proofErr w:type="spellEnd"/>
          </w:p>
        </w:tc>
        <w:tc>
          <w:tcPr>
            <w:tcW w:w="1771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4E28" w:rsidRPr="00931808" w:rsidTr="00215200">
        <w:tc>
          <w:tcPr>
            <w:tcW w:w="959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583" w:type="dxa"/>
          </w:tcPr>
          <w:p w:rsidR="00344E28" w:rsidRPr="00931808" w:rsidRDefault="00E34AA6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Казкова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вікторина</w:t>
            </w:r>
            <w:proofErr w:type="spellEnd"/>
          </w:p>
        </w:tc>
        <w:tc>
          <w:tcPr>
            <w:tcW w:w="1771" w:type="dxa"/>
          </w:tcPr>
          <w:p w:rsidR="00344E2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педагога-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організатора</w:t>
            </w:r>
            <w:proofErr w:type="spellEnd"/>
          </w:p>
        </w:tc>
        <w:tc>
          <w:tcPr>
            <w:tcW w:w="1771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4E28" w:rsidRPr="00931808" w:rsidTr="00215200">
        <w:tc>
          <w:tcPr>
            <w:tcW w:w="959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2583" w:type="dxa"/>
          </w:tcPr>
          <w:p w:rsidR="00344E28" w:rsidRPr="00931808" w:rsidRDefault="00E34AA6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Сім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ключових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слів</w:t>
            </w:r>
            <w:proofErr w:type="spellEnd"/>
          </w:p>
        </w:tc>
        <w:tc>
          <w:tcPr>
            <w:tcW w:w="1771" w:type="dxa"/>
          </w:tcPr>
          <w:p w:rsidR="00344E2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Бібліотека</w:t>
            </w:r>
            <w:proofErr w:type="spellEnd"/>
          </w:p>
        </w:tc>
        <w:tc>
          <w:tcPr>
            <w:tcW w:w="1771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4E28" w:rsidRPr="00931808" w:rsidTr="00215200">
        <w:tc>
          <w:tcPr>
            <w:tcW w:w="959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583" w:type="dxa"/>
          </w:tcPr>
          <w:p w:rsidR="00344E28" w:rsidRPr="00931808" w:rsidRDefault="00E34AA6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Впізнай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героя</w:t>
            </w:r>
          </w:p>
        </w:tc>
        <w:tc>
          <w:tcPr>
            <w:tcW w:w="1771" w:type="dxa"/>
          </w:tcPr>
          <w:p w:rsidR="00344E2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директора</w:t>
            </w:r>
          </w:p>
        </w:tc>
        <w:tc>
          <w:tcPr>
            <w:tcW w:w="1771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4E28" w:rsidRPr="00931808" w:rsidTr="00215200">
        <w:tc>
          <w:tcPr>
            <w:tcW w:w="959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2583" w:type="dxa"/>
          </w:tcPr>
          <w:p w:rsidR="00344E28" w:rsidRPr="00931808" w:rsidRDefault="00E34AA6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Літературні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загадки</w:t>
            </w:r>
          </w:p>
        </w:tc>
        <w:tc>
          <w:tcPr>
            <w:tcW w:w="1771" w:type="dxa"/>
          </w:tcPr>
          <w:p w:rsidR="00344E28" w:rsidRPr="00931808" w:rsidRDefault="008A23DD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Кабінет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хімії</w:t>
            </w:r>
            <w:proofErr w:type="spellEnd"/>
          </w:p>
        </w:tc>
        <w:tc>
          <w:tcPr>
            <w:tcW w:w="1771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72" w:type="dxa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44E28" w:rsidRPr="00931808" w:rsidTr="00215200">
        <w:tc>
          <w:tcPr>
            <w:tcW w:w="5313" w:type="dxa"/>
            <w:gridSpan w:val="3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Загальна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кількість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балів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3543" w:type="dxa"/>
            <w:gridSpan w:val="2"/>
          </w:tcPr>
          <w:p w:rsidR="00344E28" w:rsidRPr="00931808" w:rsidRDefault="00344E28" w:rsidP="00F24C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8B04C5" w:rsidRPr="00931808" w:rsidRDefault="00E3532C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31808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Фініш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збирають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ключі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складають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слово «</w:t>
      </w:r>
      <w:r w:rsidR="001A504B" w:rsidRPr="00931808">
        <w:rPr>
          <w:rFonts w:ascii="Times New Roman" w:hAnsi="Times New Roman" w:cs="Times New Roman"/>
          <w:sz w:val="28"/>
          <w:szCs w:val="28"/>
          <w:lang w:val="ru-RU"/>
        </w:rPr>
        <w:t>ЧАКЛУН</w:t>
      </w:r>
      <w:proofErr w:type="gramStart"/>
      <w:r w:rsidRPr="00931808">
        <w:rPr>
          <w:rFonts w:ascii="Times New Roman" w:hAnsi="Times New Roman" w:cs="Times New Roman"/>
          <w:sz w:val="28"/>
          <w:szCs w:val="28"/>
          <w:lang w:val="ru-RU"/>
        </w:rPr>
        <w:t>» .</w:t>
      </w:r>
      <w:proofErr w:type="gramEnd"/>
    </w:p>
    <w:p w:rsidR="008B04C5" w:rsidRPr="00931808" w:rsidRDefault="00E3532C" w:rsidP="00F24C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lastRenderedPageBreak/>
        <w:t>Підбиття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підсумків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підраховує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бали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визначає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переможців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вручає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дипломи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солодкі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призи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A504B" w:rsidRPr="00180263" w:rsidRDefault="00E3532C" w:rsidP="00305A1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24CEB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Заключне</w:t>
      </w:r>
      <w:proofErr w:type="spellEnd"/>
      <w:r w:rsidRPr="00F24CE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слово </w:t>
      </w:r>
      <w:proofErr w:type="spellStart"/>
      <w:r w:rsidRPr="00F24CEB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ведучого</w:t>
      </w:r>
      <w:proofErr w:type="spellEnd"/>
      <w:r w:rsidRPr="00F24CEB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Любіть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казки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, читайте,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мрійте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— і добро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1808">
        <w:rPr>
          <w:rFonts w:ascii="Times New Roman" w:hAnsi="Times New Roman" w:cs="Times New Roman"/>
          <w:sz w:val="28"/>
          <w:szCs w:val="28"/>
          <w:lang w:val="ru-RU"/>
        </w:rPr>
        <w:t>перемагатиме</w:t>
      </w:r>
      <w:proofErr w:type="spellEnd"/>
      <w:r w:rsidRPr="00931808">
        <w:rPr>
          <w:rFonts w:ascii="Times New Roman" w:hAnsi="Times New Roman" w:cs="Times New Roman"/>
          <w:sz w:val="28"/>
          <w:szCs w:val="28"/>
          <w:lang w:val="ru-RU"/>
        </w:rPr>
        <w:t xml:space="preserve"> зло!</w:t>
      </w:r>
      <w:r w:rsidRPr="00180263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8630"/>
      </w:tblGrid>
      <w:tr w:rsidR="001A504B" w:rsidRPr="001A504B" w:rsidTr="001A504B">
        <w:trPr>
          <w:jc w:val="center"/>
        </w:trPr>
        <w:tc>
          <w:tcPr>
            <w:tcW w:w="8856" w:type="dxa"/>
          </w:tcPr>
          <w:p w:rsidR="001A504B" w:rsidRPr="001A504B" w:rsidRDefault="001A504B" w:rsidP="001A504B">
            <w:pPr>
              <w:jc w:val="center"/>
              <w:rPr>
                <w:rFonts w:ascii="Times New Roman" w:hAnsi="Times New Roman" w:cs="Times New Roman"/>
                <w:sz w:val="300"/>
                <w:szCs w:val="300"/>
                <w:lang w:val="ru-RU"/>
              </w:rPr>
            </w:pPr>
            <w:r w:rsidRPr="001A504B">
              <w:rPr>
                <w:rFonts w:ascii="Times New Roman" w:hAnsi="Times New Roman" w:cs="Times New Roman"/>
                <w:sz w:val="300"/>
                <w:szCs w:val="300"/>
                <w:lang w:val="ru-RU"/>
              </w:rPr>
              <w:lastRenderedPageBreak/>
              <w:t>Ч</w:t>
            </w:r>
          </w:p>
        </w:tc>
      </w:tr>
      <w:tr w:rsidR="001A504B" w:rsidRPr="001A504B" w:rsidTr="001A504B">
        <w:trPr>
          <w:jc w:val="center"/>
        </w:trPr>
        <w:tc>
          <w:tcPr>
            <w:tcW w:w="8856" w:type="dxa"/>
          </w:tcPr>
          <w:p w:rsidR="001A504B" w:rsidRPr="001A504B" w:rsidRDefault="001A504B" w:rsidP="001A504B">
            <w:pPr>
              <w:jc w:val="center"/>
              <w:rPr>
                <w:rFonts w:ascii="Times New Roman" w:hAnsi="Times New Roman" w:cs="Times New Roman"/>
                <w:sz w:val="300"/>
                <w:szCs w:val="300"/>
                <w:lang w:val="ru-RU"/>
              </w:rPr>
            </w:pPr>
            <w:r w:rsidRPr="001A504B">
              <w:rPr>
                <w:rFonts w:ascii="Times New Roman" w:hAnsi="Times New Roman" w:cs="Times New Roman"/>
                <w:sz w:val="300"/>
                <w:szCs w:val="300"/>
                <w:lang w:val="ru-RU"/>
              </w:rPr>
              <w:t>А</w:t>
            </w:r>
          </w:p>
        </w:tc>
      </w:tr>
      <w:tr w:rsidR="001A504B" w:rsidRPr="001A504B" w:rsidTr="001A504B">
        <w:trPr>
          <w:jc w:val="center"/>
        </w:trPr>
        <w:tc>
          <w:tcPr>
            <w:tcW w:w="8856" w:type="dxa"/>
          </w:tcPr>
          <w:p w:rsidR="001A504B" w:rsidRPr="001A504B" w:rsidRDefault="001A504B" w:rsidP="001A504B">
            <w:pPr>
              <w:jc w:val="center"/>
              <w:rPr>
                <w:rFonts w:ascii="Times New Roman" w:hAnsi="Times New Roman" w:cs="Times New Roman"/>
                <w:sz w:val="300"/>
                <w:szCs w:val="300"/>
                <w:lang w:val="ru-RU"/>
              </w:rPr>
            </w:pPr>
            <w:r w:rsidRPr="001A504B">
              <w:rPr>
                <w:rFonts w:ascii="Times New Roman" w:hAnsi="Times New Roman" w:cs="Times New Roman"/>
                <w:sz w:val="300"/>
                <w:szCs w:val="300"/>
                <w:lang w:val="ru-RU"/>
              </w:rPr>
              <w:t>К</w:t>
            </w:r>
          </w:p>
        </w:tc>
      </w:tr>
      <w:tr w:rsidR="001A504B" w:rsidRPr="001A504B" w:rsidTr="001A504B">
        <w:trPr>
          <w:jc w:val="center"/>
        </w:trPr>
        <w:tc>
          <w:tcPr>
            <w:tcW w:w="8856" w:type="dxa"/>
          </w:tcPr>
          <w:p w:rsidR="001A504B" w:rsidRPr="001A504B" w:rsidRDefault="001A504B" w:rsidP="001A504B">
            <w:pPr>
              <w:jc w:val="center"/>
              <w:rPr>
                <w:rFonts w:ascii="Times New Roman" w:hAnsi="Times New Roman" w:cs="Times New Roman"/>
                <w:sz w:val="300"/>
                <w:szCs w:val="300"/>
                <w:lang w:val="ru-RU"/>
              </w:rPr>
            </w:pPr>
            <w:r w:rsidRPr="001A504B">
              <w:rPr>
                <w:rFonts w:ascii="Times New Roman" w:hAnsi="Times New Roman" w:cs="Times New Roman"/>
                <w:sz w:val="300"/>
                <w:szCs w:val="300"/>
                <w:lang w:val="ru-RU"/>
              </w:rPr>
              <w:lastRenderedPageBreak/>
              <w:t>Л</w:t>
            </w:r>
          </w:p>
        </w:tc>
      </w:tr>
      <w:tr w:rsidR="001A504B" w:rsidRPr="001A504B" w:rsidTr="001A504B">
        <w:trPr>
          <w:jc w:val="center"/>
        </w:trPr>
        <w:tc>
          <w:tcPr>
            <w:tcW w:w="8856" w:type="dxa"/>
          </w:tcPr>
          <w:p w:rsidR="001A504B" w:rsidRPr="001A504B" w:rsidRDefault="001A504B" w:rsidP="001A504B">
            <w:pPr>
              <w:jc w:val="center"/>
              <w:rPr>
                <w:rFonts w:ascii="Times New Roman" w:hAnsi="Times New Roman" w:cs="Times New Roman"/>
                <w:sz w:val="300"/>
                <w:szCs w:val="300"/>
                <w:lang w:val="ru-RU"/>
              </w:rPr>
            </w:pPr>
            <w:r w:rsidRPr="001A504B">
              <w:rPr>
                <w:rFonts w:ascii="Times New Roman" w:hAnsi="Times New Roman" w:cs="Times New Roman"/>
                <w:sz w:val="300"/>
                <w:szCs w:val="300"/>
                <w:lang w:val="ru-RU"/>
              </w:rPr>
              <w:t>У</w:t>
            </w:r>
          </w:p>
        </w:tc>
      </w:tr>
      <w:tr w:rsidR="001A504B" w:rsidRPr="001A504B" w:rsidTr="001A504B">
        <w:trPr>
          <w:jc w:val="center"/>
        </w:trPr>
        <w:tc>
          <w:tcPr>
            <w:tcW w:w="8856" w:type="dxa"/>
          </w:tcPr>
          <w:p w:rsidR="001A504B" w:rsidRPr="001A504B" w:rsidRDefault="001A504B" w:rsidP="001A504B">
            <w:pPr>
              <w:jc w:val="center"/>
              <w:rPr>
                <w:rFonts w:ascii="Times New Roman" w:hAnsi="Times New Roman" w:cs="Times New Roman"/>
                <w:sz w:val="300"/>
                <w:szCs w:val="300"/>
                <w:lang w:val="ru-RU"/>
              </w:rPr>
            </w:pPr>
            <w:r w:rsidRPr="001A504B">
              <w:rPr>
                <w:rFonts w:ascii="Times New Roman" w:hAnsi="Times New Roman" w:cs="Times New Roman"/>
                <w:sz w:val="300"/>
                <w:szCs w:val="300"/>
                <w:lang w:val="ru-RU"/>
              </w:rPr>
              <w:t>Н</w:t>
            </w:r>
          </w:p>
        </w:tc>
      </w:tr>
    </w:tbl>
    <w:p w:rsidR="008B04C5" w:rsidRDefault="008B04C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A504B" w:rsidRDefault="001A504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A504B" w:rsidRDefault="001A504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A504B" w:rsidRPr="00180263" w:rsidRDefault="001A504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A504B" w:rsidRDefault="001A504B" w:rsidP="001A504B">
      <w:pPr>
        <w:pStyle w:val="21"/>
        <w:jc w:val="center"/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Станція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1. </w:t>
      </w:r>
    </w:p>
    <w:p w:rsidR="001A504B" w:rsidRDefault="001A504B" w:rsidP="001A504B">
      <w:pPr>
        <w:pStyle w:val="21"/>
        <w:jc w:val="center"/>
        <w:rPr>
          <w:lang w:val="ru-RU"/>
        </w:rPr>
      </w:pP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Казкова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вікторина</w:t>
      </w:r>
      <w:proofErr w:type="spellEnd"/>
    </w:p>
    <w:p w:rsidR="001A504B" w:rsidRDefault="001A504B" w:rsidP="001A504B">
      <w:pPr>
        <w:jc w:val="center"/>
        <w:rPr>
          <w:lang w:val="ru-RU"/>
        </w:rPr>
      </w:pPr>
    </w:p>
    <w:p w:rsidR="001A504B" w:rsidRDefault="001A504B" w:rsidP="001A504B">
      <w:pPr>
        <w:jc w:val="center"/>
        <w:rPr>
          <w:lang w:val="ru-RU"/>
        </w:rPr>
      </w:pPr>
    </w:p>
    <w:p w:rsidR="001A504B" w:rsidRPr="001A504B" w:rsidRDefault="001A504B" w:rsidP="001A504B">
      <w:pPr>
        <w:jc w:val="center"/>
        <w:rPr>
          <w:lang w:val="ru-RU"/>
        </w:rPr>
      </w:pPr>
    </w:p>
    <w:p w:rsidR="001A504B" w:rsidRDefault="001A504B" w:rsidP="001A504B">
      <w:pPr>
        <w:pStyle w:val="21"/>
        <w:jc w:val="center"/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Станція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2.</w:t>
      </w:r>
    </w:p>
    <w:p w:rsidR="001A504B" w:rsidRPr="001A504B" w:rsidRDefault="001A504B" w:rsidP="001A504B">
      <w:pPr>
        <w:rPr>
          <w:lang w:val="ru-RU"/>
        </w:rPr>
      </w:pPr>
    </w:p>
    <w:p w:rsidR="001A504B" w:rsidRPr="00141E48" w:rsidRDefault="001A504B" w:rsidP="00141E48">
      <w:pPr>
        <w:pStyle w:val="21"/>
        <w:jc w:val="center"/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Впізнай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героя</w:t>
      </w:r>
    </w:p>
    <w:p w:rsidR="001A504B" w:rsidRPr="001A504B" w:rsidRDefault="001A504B" w:rsidP="001A504B">
      <w:pPr>
        <w:rPr>
          <w:lang w:val="ru-RU"/>
        </w:rPr>
      </w:pPr>
    </w:p>
    <w:p w:rsidR="001A504B" w:rsidRPr="001A504B" w:rsidRDefault="001A504B" w:rsidP="001A504B">
      <w:pPr>
        <w:pStyle w:val="21"/>
        <w:jc w:val="center"/>
        <w:rPr>
          <w:lang w:val="ru-RU"/>
        </w:rPr>
      </w:pP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Станція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3. Правда </w:t>
      </w: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чи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неправда</w:t>
      </w:r>
    </w:p>
    <w:p w:rsidR="001A504B" w:rsidRDefault="001A504B" w:rsidP="001A504B">
      <w:pPr>
        <w:pStyle w:val="21"/>
        <w:jc w:val="center"/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Станція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4. </w:t>
      </w: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Літературні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загадки</w:t>
      </w:r>
    </w:p>
    <w:p w:rsidR="001A504B" w:rsidRDefault="001A504B" w:rsidP="001A504B">
      <w:pPr>
        <w:pStyle w:val="21"/>
        <w:jc w:val="center"/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Станція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5. </w:t>
      </w: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Сім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ключових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слів</w:t>
      </w:r>
      <w:proofErr w:type="spellEnd"/>
    </w:p>
    <w:p w:rsidR="001A504B" w:rsidRDefault="001A504B" w:rsidP="001A504B">
      <w:pPr>
        <w:pStyle w:val="21"/>
        <w:jc w:val="center"/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Станція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6.  «Народ </w:t>
      </w: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скаже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як </w:t>
      </w:r>
      <w:proofErr w:type="spellStart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зав’яже</w:t>
      </w:r>
      <w:proofErr w:type="spellEnd"/>
      <w:r w:rsidRPr="001A504B">
        <w:rPr>
          <w:rFonts w:ascii="Times New Roman" w:hAnsi="Times New Roman" w:cs="Times New Roman"/>
          <w:b w:val="0"/>
          <w:color w:val="000000" w:themeColor="text1"/>
          <w:sz w:val="144"/>
          <w:szCs w:val="144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</w:t>
      </w:r>
    </w:p>
    <w:p w:rsidR="001A504B" w:rsidRDefault="001A504B" w:rsidP="001A504B">
      <w:pPr>
        <w:jc w:val="center"/>
        <w:rPr>
          <w:lang w:val="ru-RU"/>
        </w:rPr>
      </w:pPr>
      <w:bookmarkStart w:id="4" w:name="_GoBack"/>
      <w:bookmarkEnd w:id="4"/>
    </w:p>
    <w:sectPr w:rsidR="001A504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2B0680F"/>
    <w:multiLevelType w:val="hybridMultilevel"/>
    <w:tmpl w:val="BE3461B2"/>
    <w:lvl w:ilvl="0" w:tplc="FA3423E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D0FD5"/>
    <w:multiLevelType w:val="hybridMultilevel"/>
    <w:tmpl w:val="BD6691E0"/>
    <w:lvl w:ilvl="0" w:tplc="023C222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4307F2"/>
    <w:multiLevelType w:val="hybridMultilevel"/>
    <w:tmpl w:val="DDD4CB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3BE0"/>
    <w:rsid w:val="00141E48"/>
    <w:rsid w:val="0015074B"/>
    <w:rsid w:val="00180263"/>
    <w:rsid w:val="001A504B"/>
    <w:rsid w:val="0029639D"/>
    <w:rsid w:val="00305A1A"/>
    <w:rsid w:val="00326F90"/>
    <w:rsid w:val="00344E28"/>
    <w:rsid w:val="003C02CC"/>
    <w:rsid w:val="004E77E0"/>
    <w:rsid w:val="00562930"/>
    <w:rsid w:val="005A4B95"/>
    <w:rsid w:val="008324D4"/>
    <w:rsid w:val="008A23DD"/>
    <w:rsid w:val="008A2967"/>
    <w:rsid w:val="008B04C5"/>
    <w:rsid w:val="00931808"/>
    <w:rsid w:val="009855C0"/>
    <w:rsid w:val="009A732E"/>
    <w:rsid w:val="00A0349F"/>
    <w:rsid w:val="00AA1D8D"/>
    <w:rsid w:val="00B47730"/>
    <w:rsid w:val="00CB0664"/>
    <w:rsid w:val="00E34AA6"/>
    <w:rsid w:val="00E3532C"/>
    <w:rsid w:val="00E45355"/>
    <w:rsid w:val="00F24CEB"/>
    <w:rsid w:val="00F4119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FE3561"/>
  <w14:defaultImageDpi w14:val="300"/>
  <w15:docId w15:val="{B1832848-532B-4A96-BB83-70C46641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344E28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a">
    <w:name w:val="Balloon Text"/>
    <w:basedOn w:val="a1"/>
    <w:link w:val="affb"/>
    <w:uiPriority w:val="99"/>
    <w:semiHidden/>
    <w:unhideWhenUsed/>
    <w:rsid w:val="005A4B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b">
    <w:name w:val="Текст у виносці Знак"/>
    <w:basedOn w:val="a2"/>
    <w:link w:val="affa"/>
    <w:uiPriority w:val="99"/>
    <w:semiHidden/>
    <w:rsid w:val="005A4B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1422CE-CD3B-4A45-A5C3-F7C1E12A0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4478</Words>
  <Characters>2553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7017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Liudmyla Berezina</cp:lastModifiedBy>
  <cp:revision>3</cp:revision>
  <cp:lastPrinted>2025-11-17T08:52:00Z</cp:lastPrinted>
  <dcterms:created xsi:type="dcterms:W3CDTF">2025-12-03T17:03:00Z</dcterms:created>
  <dcterms:modified xsi:type="dcterms:W3CDTF">2025-12-03T17:08:00Z</dcterms:modified>
  <cp:category/>
</cp:coreProperties>
</file>