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Розробка виховного заняття</w:t>
      </w:r>
    </w:p>
    <w:p>
      <w:r>
        <w:br/>
        <w:t>Тема: «Мир на землі починається з миру у серці»</w:t>
        <w:br/>
        <w:t>Клас: початкові (1–4)</w:t>
        <w:br/>
        <w:t>Тривалість: 40 хв</w:t>
        <w:br/>
        <w:t>Форма проведення: інтерактивне виховне заняття з елементами гри, творчості та бесіди</w:t>
        <w:br/>
      </w:r>
    </w:p>
    <w:p>
      <w:pPr>
        <w:pStyle w:val="Heading1"/>
      </w:pPr>
      <w:r>
        <w:t>Мета заняття:</w:t>
      </w:r>
    </w:p>
    <w:p>
      <w:r>
        <w:t>1. Формувати в учнів уявлення про цінність миру у житті людини та суспільства.</w:t>
      </w:r>
    </w:p>
    <w:p>
      <w:r>
        <w:t>2. Виховувати бажання бути добрими, толерантними, дружніми, підтримувати один одного.</w:t>
      </w:r>
    </w:p>
    <w:p>
      <w:r>
        <w:t>3. Розвивати творче мислення, вміння працювати в команді, висловлювати власні думки.</w:t>
      </w:r>
    </w:p>
    <w:p>
      <w:r>
        <w:t>4. Донести думку: Мир починається з кожного з нас.</w:t>
      </w:r>
    </w:p>
    <w:p>
      <w:pPr>
        <w:pStyle w:val="Heading1"/>
      </w:pPr>
      <w:r>
        <w:t>Обладнання:</w:t>
      </w:r>
    </w:p>
    <w:p>
      <w:r>
        <w:t>• зображення символів миру (голуб, оливкова гілка, земна куля);</w:t>
        <w:br/>
        <w:t>• великий ватман із намальованим деревом;</w:t>
        <w:br/>
        <w:t>• паперові листочки та пелюстки;</w:t>
        <w:br/>
        <w:t>• маркери, фломастери;</w:t>
        <w:br/>
        <w:t>• аудіозапис дитячої пісні про мир;</w:t>
        <w:br/>
        <w:t>• мультимедійна презентація (за бажанням).</w:t>
      </w:r>
    </w:p>
    <w:p>
      <w:pPr>
        <w:pStyle w:val="Heading1"/>
      </w:pPr>
      <w:r>
        <w:t>Хід заняття</w:t>
      </w:r>
    </w:p>
    <w:p>
      <w:pPr>
        <w:pStyle w:val="Heading2"/>
      </w:pPr>
      <w:r>
        <w:t>1. Організаційний момент (2 хв)</w:t>
      </w:r>
    </w:p>
    <w:p>
      <w:r>
        <w:t>Учитель вітається з класом:</w:t>
        <w:br/>
        <w:t>– Сьогодні у нас особливе заняття. Ми говоритимемо про те, без чого не може бути щасливого дитинства, радісних ігор, школи й нашого майбутнього. Це – Мир.</w:t>
      </w:r>
    </w:p>
    <w:p>
      <w:pPr>
        <w:pStyle w:val="Heading2"/>
      </w:pPr>
      <w:r>
        <w:t>2. Мотивація. Міні-розмова «Що для мене мир?» (5 хв)</w:t>
      </w:r>
    </w:p>
    <w:p>
      <w:r>
        <w:t>Запитання до дітей:</w:t>
        <w:br/>
        <w:t>- Коли ви чуєте слово «мир», які картинки з’являються у вашій уяві?</w:t>
        <w:br/>
        <w:t>- Які почуття викликає це слово?</w:t>
        <w:br/>
        <w:t>Учитель узагальнює: Мир – це не лише відсутність війни. Це коли ми живемо у дружбі, коли нас оточує любов і добро, коли ми можемо мріяти і здійснювати свої мрії.</w:t>
      </w:r>
    </w:p>
    <w:p>
      <w:pPr>
        <w:pStyle w:val="Heading2"/>
      </w:pPr>
      <w:r>
        <w:t>3. Міні-лекція «День миру» (5 хв)</w:t>
      </w:r>
    </w:p>
    <w:p>
      <w:r>
        <w:t>21 вересня світ відзначає Міжнародний день миру.</w:t>
        <w:br/>
        <w:t>Головна мета цього дня – нагадати людям у різних країнах, що мир потрібно берегти.</w:t>
        <w:br/>
        <w:t>Символами миру є білий голуб і оливкова гілка.</w:t>
        <w:br/>
        <w:t>Учитель показує зображення: голуб несе гілочку, а разом із нею – добрі новини про дружбу, злагоду й щастя.</w:t>
      </w:r>
    </w:p>
    <w:p>
      <w:pPr>
        <w:pStyle w:val="Heading2"/>
      </w:pPr>
      <w:r>
        <w:t>4. Інтерактивна вправа «Сонечко миру» (7 хв)</w:t>
      </w:r>
    </w:p>
    <w:p>
      <w:r>
        <w:t>На дошці – намальоване сонечко без променів.</w:t>
        <w:br/>
        <w:t>Учитель: – У кожного сонечка є промінці, вони дарують світло і тепло. А які «промені» складають світ миру?</w:t>
        <w:br/>
        <w:t>Учні називають слова: добро, любов, дружба, усмішка, допомога, щастя, школа, родина.</w:t>
        <w:br/>
        <w:t>Кожне слово записується на промінці.</w:t>
        <w:br/>
        <w:t>Висновок: Мир – це багатогранне поняття, і ми самі можемо його створювати.</w:t>
      </w:r>
    </w:p>
    <w:p>
      <w:pPr>
        <w:pStyle w:val="Heading2"/>
      </w:pPr>
      <w:r>
        <w:t>5. Робота в групах «Квітка дружби» (10 хв)</w:t>
      </w:r>
    </w:p>
    <w:p>
      <w:r>
        <w:t>Клас поділений на 3–4 групи. Кожна група отримує пелюстки квітки.</w:t>
        <w:br/>
        <w:t>Завдання: написати чи намалювати, що ми можемо зробити у школі та вдома, щоб панував мир.</w:t>
        <w:br/>
        <w:t>Після виконання групи прикріплюють пелюстки до «квітки дружби».</w:t>
        <w:br/>
        <w:t>Обговорення: коли ми разом, то створюємо красу, тепло й злагоду.</w:t>
      </w:r>
    </w:p>
    <w:p>
      <w:pPr>
        <w:pStyle w:val="Heading2"/>
      </w:pPr>
      <w:r>
        <w:t>6. Руханка «Голуб миру» (3 хв)</w:t>
      </w:r>
    </w:p>
    <w:p>
      <w:r>
        <w:t>Учитель: – Давайте уявимо, що ми перетворилися на білих голубів миру. Розправляємо крила, летимо високо в небо, даруємо усмішки всім навколо.</w:t>
        <w:br/>
        <w:t>Діти рухаються, імітують політ, посміхаються одне одному.</w:t>
      </w:r>
    </w:p>
    <w:p>
      <w:pPr>
        <w:pStyle w:val="Heading2"/>
      </w:pPr>
      <w:r>
        <w:t>7. Колективна творча робота «Дерево миру» (7 хв)</w:t>
      </w:r>
    </w:p>
    <w:p>
      <w:r>
        <w:t>На дошці – велике дерево без листя.</w:t>
        <w:br/>
        <w:t>Учні отримують «листочки миру» (вирізані з паперу).</w:t>
        <w:br/>
        <w:t>На кожному пишуть побажання світу, Україні, своїй родині або класу.</w:t>
        <w:br/>
        <w:t>Потім приклеюють на дерево.</w:t>
        <w:br/>
        <w:t>Учитель: – Кожен наш добрий вчинок – це новий листочок на дереві миру.</w:t>
      </w:r>
    </w:p>
    <w:p>
      <w:pPr>
        <w:pStyle w:val="Heading2"/>
      </w:pPr>
      <w:r>
        <w:t>8. Підсумок заняття (5 хв)</w:t>
      </w:r>
    </w:p>
    <w:p>
      <w:r>
        <w:t>Бесіда:</w:t>
        <w:br/>
        <w:t>- Що нового ви сьогодні дізналися?</w:t>
        <w:br/>
        <w:t>- Чому мир такий важливий для кожної людини?</w:t>
        <w:br/>
        <w:t>- Що ми можемо зробити, щоб у нашому класі завжди був мир?</w:t>
        <w:br/>
        <w:t>Учитель: – Мир починається з маленького: з усмішки, з доброго слова, з дружби. Якщо у серці живе мир, тоді він буде і навколо нас.</w:t>
      </w:r>
    </w:p>
    <w:p>
      <w:pPr>
        <w:pStyle w:val="Heading2"/>
      </w:pPr>
      <w:r>
        <w:t>9. Завершення (1 хв)</w:t>
      </w:r>
    </w:p>
    <w:p>
      <w:r>
        <w:t>Учитель вмикає дитячу пісню про мир.</w:t>
        <w:br/>
        <w:t>Фінальна фраза: – Хай у ваших серцях завжди світить сонце миру, а ми з вами будемо його берегти щодня.</w:t>
      </w:r>
    </w:p>
    <w:p>
      <w:pPr>
        <w:pStyle w:val="Heading1"/>
      </w:pPr>
      <w:r>
        <w:t>Очікувані результати:</w:t>
      </w:r>
    </w:p>
    <w:p>
      <w:r>
        <w:t>• учні розуміють значення поняття «мир»;</w:t>
      </w:r>
    </w:p>
    <w:p>
      <w:r>
        <w:t>• знають, що 21 вересня відзначається Міжнародний день миру;</w:t>
      </w:r>
    </w:p>
    <w:p>
      <w:r>
        <w:t>• усвідомлюють, що мир починається з кожного з них;</w:t>
      </w:r>
    </w:p>
    <w:p>
      <w:r>
        <w:t>• вчаться співпрацювати, бути добрими та толерантними.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