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Тема: </w:t>
      </w:r>
      <w:r w:rsidRPr="004A4DAA">
        <w:rPr>
          <w:rFonts w:ascii="Times New Roman" w:hAnsi="Times New Roman" w:cs="Times New Roman"/>
          <w:b/>
          <w:sz w:val="28"/>
          <w:szCs w:val="28"/>
          <w:lang w:val="ru-RU"/>
        </w:rPr>
        <w:t>Ознайомлення з оповіданням «Чи далеко до осені</w:t>
      </w:r>
      <w:r w:rsidR="00903E16" w:rsidRPr="004A4DA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A4DAA">
        <w:rPr>
          <w:rFonts w:ascii="Times New Roman" w:hAnsi="Times New Roman" w:cs="Times New Roman"/>
          <w:b/>
          <w:sz w:val="28"/>
          <w:szCs w:val="28"/>
          <w:lang w:val="ru-RU"/>
        </w:rPr>
        <w:t>?»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Тип уроку: Ознайомлення з новим</w:t>
      </w:r>
      <w:r w:rsidR="00903E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 твором</w:t>
      </w:r>
    </w:p>
    <w:p w:rsidR="001F77A8" w:rsidRPr="00903E16" w:rsidRDefault="004A4DAA" w:rsidP="00514EC4">
      <w:pPr>
        <w:pStyle w:val="21"/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Мета: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• Формувати інтерес до читання, розвивати вміння слухати і розуміти зміст художнього твору.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• Вчити визначати головних героїв, місце подій.</w:t>
      </w:r>
    </w:p>
    <w:p w:rsidR="001F77A8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• Виховувати любов до природи, спостережливість, турботу про</w:t>
      </w:r>
      <w:r w:rsidR="00903E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 птахів.</w:t>
      </w:r>
    </w:p>
    <w:p w:rsidR="00903E16" w:rsidRPr="00903E16" w:rsidRDefault="00903E16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Коригувати недоліки мовлення.</w:t>
      </w:r>
    </w:p>
    <w:p w:rsidR="001F77A8" w:rsidRPr="00903E16" w:rsidRDefault="004A4DAA" w:rsidP="00514EC4">
      <w:pPr>
        <w:pStyle w:val="21"/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Обладнання: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• Текст оповідання,</w:t>
      </w:r>
      <w:r w:rsidR="00903E16">
        <w:rPr>
          <w:rFonts w:ascii="Times New Roman" w:hAnsi="Times New Roman" w:cs="Times New Roman"/>
          <w:sz w:val="28"/>
          <w:szCs w:val="28"/>
          <w:lang w:val="ru-RU"/>
        </w:rPr>
        <w:t xml:space="preserve"> відео, </w:t>
      </w: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 ілюстрації.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• Картки із запитаннями, фланелеграф, малюнки лелек.</w:t>
      </w:r>
    </w:p>
    <w:p w:rsidR="001F77A8" w:rsidRPr="00903E16" w:rsidRDefault="004A4DAA" w:rsidP="00514EC4">
      <w:pPr>
        <w:pStyle w:val="1"/>
        <w:ind w:right="-574"/>
        <w:rPr>
          <w:rFonts w:ascii="Times New Roman" w:hAnsi="Times New Roman" w:cs="Times New Roman"/>
          <w:lang w:val="ru-RU"/>
        </w:rPr>
      </w:pPr>
      <w:r w:rsidRPr="00903E16">
        <w:rPr>
          <w:rFonts w:ascii="Times New Roman" w:hAnsi="Times New Roman" w:cs="Times New Roman"/>
          <w:lang w:val="ru-RU"/>
        </w:rPr>
        <w:t>Хід уроку</w:t>
      </w:r>
    </w:p>
    <w:p w:rsidR="001F77A8" w:rsidRPr="00903E16" w:rsidRDefault="004A4DAA" w:rsidP="00514EC4">
      <w:pPr>
        <w:pStyle w:val="21"/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1. Організаційний момент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Привітання, створення</w:t>
      </w:r>
      <w:r w:rsidR="00903E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 позитивного</w:t>
      </w:r>
      <w:r w:rsidR="00903E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 настрою.</w:t>
      </w:r>
    </w:p>
    <w:p w:rsidR="001F77A8" w:rsidRPr="00903E16" w:rsidRDefault="00903E16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Учитель: Посміхніться </w:t>
      </w:r>
      <w:r w:rsidR="004A4DAA"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 сонечку, одне одному. Сідайте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4DAA" w:rsidRPr="00903E16">
        <w:rPr>
          <w:rFonts w:ascii="Times New Roman" w:hAnsi="Times New Roman" w:cs="Times New Roman"/>
          <w:sz w:val="28"/>
          <w:szCs w:val="28"/>
          <w:lang w:val="ru-RU"/>
        </w:rPr>
        <w:t>рівн</w:t>
      </w:r>
      <w:r>
        <w:rPr>
          <w:rFonts w:ascii="Times New Roman" w:hAnsi="Times New Roman" w:cs="Times New Roman"/>
          <w:sz w:val="28"/>
          <w:szCs w:val="28"/>
          <w:lang w:val="ru-RU"/>
        </w:rPr>
        <w:t>енько, слухайте   уважно</w:t>
      </w:r>
      <w:r w:rsidR="004A4DAA" w:rsidRPr="00903E1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F77A8" w:rsidRDefault="004A4DAA" w:rsidP="00514EC4">
      <w:pPr>
        <w:pStyle w:val="21"/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2. Мотивація діяльності</w:t>
      </w:r>
    </w:p>
    <w:p w:rsidR="00903E16" w:rsidRDefault="00903E16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Відгадайте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 загадку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903E16" w:rsidRPr="00903E16" w:rsidRDefault="00903E16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Відлітають за моря у краї далекі,</w:t>
      </w:r>
    </w:p>
    <w:p w:rsidR="00903E16" w:rsidRPr="00903E16" w:rsidRDefault="00903E16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На будинках гнізда в’ють.</w:t>
      </w:r>
    </w:p>
    <w:p w:rsidR="00903E16" w:rsidRPr="00903E16" w:rsidRDefault="00903E16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Звати їх… (лелеки).</w:t>
      </w:r>
    </w:p>
    <w:p w:rsidR="001F77A8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Бесіда: Хто бачив лелеку? Де він живе? Коли відлітає у вирій?</w:t>
      </w:r>
    </w:p>
    <w:p w:rsidR="00C83B75" w:rsidRPr="00903E16" w:rsidRDefault="00C83B75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inline distT="0" distB="0" distL="0" distR="0" wp14:anchorId="48FFC7B1" wp14:editId="565FC0F5">
                <wp:extent cx="304800" cy="304800"/>
                <wp:effectExtent l="0" t="0" r="0" b="0"/>
                <wp:docPr id="3" name="AutoShape 1" descr="Скоромовка. Мнемотехніка | Ілюстрації. Читанн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Скоромовка. Мнемотехніка | Ілюстрації. Читанн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OMZvnkXAwAAFQYAAA4AAAAAAAAAAAAAAAAALgIAAGRy&#10;cy9lMm9Eb2MueG1sUEsBAi0AFAAGAAgAAAAhAEyg6SzYAAAAAwEAAA8AAAAAAAAAAAAAAAAAcQUA&#10;AGRycy9kb3ducmV2LnhtbFBLBQYAAAAABAAEAPMAAAB2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inline distT="0" distB="0" distL="0" distR="0" wp14:anchorId="1C888D78" wp14:editId="7456DC4D">
                <wp:extent cx="304800" cy="304800"/>
                <wp:effectExtent l="0" t="0" r="0" b="0"/>
                <wp:docPr id="6" name="AutoShape 2" descr="Скоромовка. Мнемотехніка | Ілюстрації. Читанн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Скоромовка. Мнемотехніка | Ілюстрації. Читанн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NJ9g24XAwAAFQYAAA4AAAAAAAAAAAAAAAAALgIAAGRy&#10;cy9lMm9Eb2MueG1sUEsBAi0AFAAGAAgAAAAhAEyg6SzYAAAAAwEAAA8AAAAAAAAAAAAAAAAAcQUA&#10;AGRycy9kb3ducmV2LnhtbFBLBQYAAAAABAAEAPMAAAB2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818687" cy="1285875"/>
            <wp:effectExtent l="0" t="0" r="0" b="0"/>
            <wp:docPr id="7" name="Рисунок 7" descr="C:\Users\admin\Downloads\Відшукай кольорові сло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Відшукай кольорові слова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937" cy="1288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7A8" w:rsidRPr="00903E16" w:rsidRDefault="004A4DAA" w:rsidP="00514EC4">
      <w:pPr>
        <w:pStyle w:val="21"/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lastRenderedPageBreak/>
        <w:t>3. Оголошення теми і мети уроку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Учитель повідомляє тему: знайомимося з оповіданням Василя Чухліба «Чи далеко до осені?».</w:t>
      </w:r>
    </w:p>
    <w:p w:rsidR="001F77A8" w:rsidRPr="00903E16" w:rsidRDefault="004A4DAA" w:rsidP="00514EC4">
      <w:pPr>
        <w:pStyle w:val="21"/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4. Підготовча робота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Читання слів: лелека, гніздо, діти, осінь, крила, дерево.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Пояснення слів: в’яз, лелеченята, клекотати.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Гра «Закінчи речення»: Лелека живе… Діти запитували…</w:t>
      </w:r>
    </w:p>
    <w:p w:rsidR="001F77A8" w:rsidRPr="00903E16" w:rsidRDefault="004A4DAA" w:rsidP="00514EC4">
      <w:pPr>
        <w:pStyle w:val="21"/>
        <w:ind w:right="-574"/>
        <w:rPr>
          <w:rFonts w:ascii="Times New Roman" w:hAnsi="Times New Roman" w:cs="Times New Roman"/>
          <w:sz w:val="28"/>
          <w:szCs w:val="28"/>
          <w:lang w:val="uk-UA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5. Слухання оповідання</w:t>
      </w:r>
    </w:p>
    <w:p w:rsidR="00903E16" w:rsidRPr="00903E16" w:rsidRDefault="00675E2A" w:rsidP="00514EC4">
      <w:pPr>
        <w:ind w:right="-574"/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="00903E16" w:rsidRPr="00903E16">
          <w:rPr>
            <w:rStyle w:val="aff8"/>
            <w:rFonts w:ascii="Times New Roman" w:hAnsi="Times New Roman" w:cs="Times New Roman"/>
            <w:sz w:val="28"/>
            <w:szCs w:val="28"/>
            <w:lang w:val="uk-UA"/>
          </w:rPr>
          <w:t>https://www.youtube.com/watch?v=hhW_PeVE4m0</w:t>
        </w:r>
      </w:hyperlink>
      <w:r w:rsidR="00903E16" w:rsidRPr="00903E16">
        <w:rPr>
          <w:rFonts w:ascii="Times New Roman" w:hAnsi="Times New Roman" w:cs="Times New Roman"/>
          <w:sz w:val="28"/>
          <w:szCs w:val="28"/>
          <w:lang w:val="uk-UA"/>
        </w:rPr>
        <w:t xml:space="preserve">  Чи далеко до осені. За оповіданням В.Чухліба</w:t>
      </w:r>
    </w:p>
    <w:p w:rsidR="001F77A8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Учитель </w:t>
      </w:r>
      <w:r w:rsidR="00903E16"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 ще раз </w:t>
      </w: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читає оповідання </w:t>
      </w:r>
      <w:r w:rsidR="00903E16">
        <w:rPr>
          <w:rFonts w:ascii="Times New Roman" w:hAnsi="Times New Roman" w:cs="Times New Roman"/>
          <w:sz w:val="28"/>
          <w:szCs w:val="28"/>
          <w:lang w:val="ru-RU"/>
        </w:rPr>
        <w:t xml:space="preserve"> виразно. Діти   слухають і  </w:t>
      </w:r>
      <w:r w:rsidRPr="00903E16">
        <w:rPr>
          <w:rFonts w:ascii="Times New Roman" w:hAnsi="Times New Roman" w:cs="Times New Roman"/>
          <w:sz w:val="28"/>
          <w:szCs w:val="28"/>
          <w:lang w:val="ru-RU"/>
        </w:rPr>
        <w:t>розглядають</w:t>
      </w:r>
      <w:r w:rsidR="00903E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 малюнок.</w:t>
      </w:r>
    </w:p>
    <w:p w:rsidR="00903E16" w:rsidRPr="00903E16" w:rsidRDefault="00903E16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D416C2A" wp14:editId="31DF8118">
            <wp:extent cx="2085975" cy="3128963"/>
            <wp:effectExtent l="0" t="0" r="0" b="0"/>
            <wp:docPr id="1" name="Рисунок 1" descr="C:\Users\admin\Downloads\ChatGPT Image 9 жовт. 2025 р., 19_19_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ChatGPT Image 9 жовт. 2025 р., 19_19_1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3128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F77A8" w:rsidRPr="00903E16" w:rsidRDefault="004A4DAA" w:rsidP="00514EC4">
      <w:pPr>
        <w:pStyle w:val="21"/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6. Бесіда за змістом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Запитання: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— Де жив лелека?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— Хто прийшов до нього?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— Що запитували діти?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— Що робили лелеки?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— Чому діти хвилювалися?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lastRenderedPageBreak/>
        <w:t>— Як закінчується оповідання?</w:t>
      </w:r>
    </w:p>
    <w:p w:rsidR="001F77A8" w:rsidRPr="00903E16" w:rsidRDefault="004A4DAA" w:rsidP="00514EC4">
      <w:pPr>
        <w:pStyle w:val="21"/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7. Робота з ілюстрацією</w:t>
      </w:r>
    </w:p>
    <w:p w:rsidR="00514EC4" w:rsidRDefault="00903E16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Знайдіть </w:t>
      </w:r>
      <w:r w:rsidR="00514EC4">
        <w:rPr>
          <w:rFonts w:ascii="Times New Roman" w:hAnsi="Times New Roman" w:cs="Times New Roman"/>
          <w:sz w:val="28"/>
          <w:szCs w:val="28"/>
          <w:lang w:val="ru-RU"/>
        </w:rPr>
        <w:t xml:space="preserve"> на малюнку лелеку, лелечиху</w:t>
      </w:r>
      <w:r w:rsidR="004A4DAA"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14EC4">
        <w:rPr>
          <w:rFonts w:ascii="Times New Roman" w:hAnsi="Times New Roman" w:cs="Times New Roman"/>
          <w:sz w:val="28"/>
          <w:szCs w:val="28"/>
          <w:lang w:val="ru-RU"/>
        </w:rPr>
        <w:t xml:space="preserve"> лелечинят,  гніздо, діти. </w:t>
      </w:r>
    </w:p>
    <w:p w:rsidR="001F77A8" w:rsidRDefault="00514EC4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Пригадайте  як звати дітей.</w:t>
      </w:r>
    </w:p>
    <w:p w:rsidR="00903E16" w:rsidRPr="00903E16" w:rsidRDefault="00514EC4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6683688" wp14:editId="4700DDD1">
            <wp:extent cx="2409825" cy="2409825"/>
            <wp:effectExtent l="0" t="0" r="9525" b="9525"/>
            <wp:docPr id="4" name="Рисунок 4" descr="C:\Users\admin\Downloads\Gemini_Generated_Image_p6eiesp6eiesp6e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Gemini_Generated_Image_p6eiesp6eiesp6ei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328" cy="2409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4DAA">
        <w:rPr>
          <w:noProof/>
          <w:lang w:val="ru-RU" w:eastAsia="ru-RU"/>
        </w:rPr>
        <mc:AlternateContent>
          <mc:Choice Requires="wps">
            <w:drawing>
              <wp:inline distT="0" distB="0" distL="0" distR="0" wp14:anchorId="17C05816" wp14:editId="5947C0D0">
                <wp:extent cx="304800" cy="304800"/>
                <wp:effectExtent l="0" t="0" r="0" b="0"/>
                <wp:docPr id="5" name="AutoShape 3" descr="https://lh3.googleusercontent.com/gg-dl/AJfQ9KRGUuBiMT5BOcWVXKAsK9W-pQU6wgZQdDOtWJMKSpLAwKVKX94Clre2dduiGyzqkIzI7fTQcNaztq7o8adEswpf-1hPrIl1CkBXkRYSrtGzm6-yuxcdAI7x0ZzW-l2B-h9DR2VEC_PognQDTr0OjLtWQROYD-SY-aJ-TgWihGbWjgUpAA=s1024-r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https://lh3.googleusercontent.com/gg-dl/AJfQ9KRGUuBiMT5BOcWVXKAsK9W-pQU6wgZQdDOtWJMKSpLAwKVKX94Clre2dduiGyzqkIzI7fTQcNaztq7o8adEswpf-1hPrIl1CkBXkRYSrtGzm6-yuxcdAI7x0ZzW-l2B-h9DR2VEC_PognQDTr0OjLtWQROYD-SY-aJ-TgWihGbWjgUpAA=s1024-rj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CCZH4NgQMAAKcGAAAOAAAAAAAAAAAAAAAAAC4CAABkcnMvZTJvRG9j&#10;LnhtbFBLAQItABQABgAIAAAAIQBMoOks2AAAAAMBAAAPAAAAAAAAAAAAAAAAANsFAABkcnMvZG93&#10;bnJldi54bWxQSwUGAAAAAAQABADzAAAA4AYAAAAA&#10;" filled="f" stroked="f">
                <o:lock v:ext="edit" aspectratio="t"/>
                <w10:anchorlock/>
              </v:rect>
            </w:pict>
          </mc:Fallback>
        </mc:AlternateContent>
      </w:r>
    </w:p>
    <w:p w:rsidR="001F77A8" w:rsidRPr="00903E16" w:rsidRDefault="004A4DAA" w:rsidP="00514EC4">
      <w:pPr>
        <w:pStyle w:val="21"/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8. Розвиток мовлення</w:t>
      </w:r>
    </w:p>
    <w:p w:rsidR="00514EC4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Гра «Закінчи речення»: </w:t>
      </w:r>
    </w:p>
    <w:p w:rsidR="00514EC4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Лелека злетів, бо… </w:t>
      </w:r>
    </w:p>
    <w:p w:rsidR="00514EC4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Діти дивилися і…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 Осінь приходить, коли…</w:t>
      </w:r>
    </w:p>
    <w:p w:rsidR="001F77A8" w:rsidRPr="00903E16" w:rsidRDefault="004A4DAA" w:rsidP="00514EC4">
      <w:pPr>
        <w:pStyle w:val="21"/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9. Підсумок уроку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Обговорення головних героїв, теми, ідеї твору.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Висновок: Осінь уже близько. Лелеки відлітають у вирій.</w:t>
      </w:r>
    </w:p>
    <w:p w:rsidR="001F77A8" w:rsidRPr="00903E16" w:rsidRDefault="004A4DAA" w:rsidP="00514EC4">
      <w:pPr>
        <w:pStyle w:val="21"/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10. Рефлексія</w:t>
      </w:r>
    </w:p>
    <w:p w:rsidR="001F77A8" w:rsidRPr="00903E16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Оцінювання настрою: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1719FE5">
            <wp:extent cx="381000" cy="339151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52" cy="340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 — сподобалось,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F177778">
            <wp:extent cx="361950" cy="353522"/>
            <wp:effectExtent l="0" t="0" r="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31" cy="3561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 — трохи важко,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5BBB013">
            <wp:extent cx="438150" cy="4381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86" cy="4359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03E16">
        <w:rPr>
          <w:rFonts w:ascii="Times New Roman" w:hAnsi="Times New Roman" w:cs="Times New Roman"/>
          <w:sz w:val="28"/>
          <w:szCs w:val="28"/>
          <w:lang w:val="ru-RU"/>
        </w:rPr>
        <w:t xml:space="preserve"> — нецікаво.</w:t>
      </w:r>
    </w:p>
    <w:p w:rsidR="001F77A8" w:rsidRPr="00903E16" w:rsidRDefault="004A4DAA" w:rsidP="00514EC4">
      <w:pPr>
        <w:pStyle w:val="21"/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903E16">
        <w:rPr>
          <w:rFonts w:ascii="Times New Roman" w:hAnsi="Times New Roman" w:cs="Times New Roman"/>
          <w:sz w:val="28"/>
          <w:szCs w:val="28"/>
          <w:lang w:val="ru-RU"/>
        </w:rPr>
        <w:t>11. Домашнє завдання</w:t>
      </w:r>
    </w:p>
    <w:p w:rsidR="00514EC4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 w:rsidRPr="00514EC4">
        <w:rPr>
          <w:rFonts w:ascii="Times New Roman" w:hAnsi="Times New Roman" w:cs="Times New Roman"/>
          <w:sz w:val="28"/>
          <w:szCs w:val="28"/>
          <w:lang w:val="ru-RU"/>
        </w:rPr>
        <w:t xml:space="preserve">Розфарбувати малюнок </w:t>
      </w:r>
      <w:r w:rsidR="00514EC4" w:rsidRPr="00514E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4EC4">
        <w:rPr>
          <w:rFonts w:ascii="Times New Roman" w:hAnsi="Times New Roman" w:cs="Times New Roman"/>
          <w:sz w:val="28"/>
          <w:szCs w:val="28"/>
          <w:lang w:val="ru-RU"/>
        </w:rPr>
        <w:t>лелеки, розповісти вдома, про що читали.</w:t>
      </w:r>
    </w:p>
    <w:p w:rsidR="00514EC4" w:rsidRDefault="00514EC4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Читати  на с.22</w:t>
      </w:r>
    </w:p>
    <w:p w:rsidR="004A4DAA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</w:p>
    <w:p w:rsidR="004A4DAA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</w:p>
    <w:p w:rsidR="004A4DAA" w:rsidRPr="00514EC4" w:rsidRDefault="004A4DAA" w:rsidP="00514EC4">
      <w:pPr>
        <w:ind w:right="-57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inline distT="0" distB="0" distL="0" distR="0" wp14:anchorId="5FC7942A" wp14:editId="36C17D71">
                <wp:extent cx="304800" cy="304800"/>
                <wp:effectExtent l="0" t="0" r="0" b="0"/>
                <wp:docPr id="2" name="AutoShape 4" descr="https://lh3.googleusercontent.com/gg-dl/AJfQ9KT45XaqhWkVX1mP2Lb66W0jT2uRQPJ6MmCruZUnRbo4eAiQR44fsMZ1WBQqBRJJfNBHmPhd8vtVGNibs2u9ANXEYQx3mRmNPqxTWfNVyC9MEYuQcYT89qlwYYD2L0LI4ij7hy1KDgTa5SkHjtcRY3PAwznHl-tgBmEWK_AeWF6IeXyAIA=s1024-r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https://lh3.googleusercontent.com/gg-dl/AJfQ9KT45XaqhWkVX1mP2Lb66W0jT2uRQPJ6MmCruZUnRbo4eAiQR44fsMZ1WBQqBRJJfNBHmPhd8vtVGNibs2u9ANXEYQx3mRmNPqxTWfNVyC9MEYuQcYT89qlwYYD2L0LI4ij7hy1KDgTa5SkHjtcRY3PAwznHl-tgBmEWK_AeWF6IeXyAIA=s1024-rj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I4ibCSDAwAApwYAAA4AAAAAAAAAAAAAAAAALgIAAGRycy9lMm9E&#10;b2MueG1sUEsBAi0AFAAGAAgAAAAhAEyg6SzYAAAAAwEAAA8AAAAAAAAAAAAAAAAA3QUAAGRycy9k&#10;b3ducmV2LnhtbFBLBQYAAAAABAAEAPMAAADiBgAAAAA=&#10;" filled="f" stroked="f">
                <o:lock v:ext="edit" aspectratio="t"/>
                <w10:anchorlock/>
              </v:rect>
            </w:pict>
          </mc:Fallback>
        </mc:AlternateContent>
      </w:r>
    </w:p>
    <w:sectPr w:rsidR="004A4DAA" w:rsidRPr="00514EC4" w:rsidSect="00C83B75">
      <w:pgSz w:w="12240" w:h="15840"/>
      <w:pgMar w:top="1134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1032634"/>
    <w:multiLevelType w:val="hybridMultilevel"/>
    <w:tmpl w:val="9B3E30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BA31BF"/>
    <w:multiLevelType w:val="hybridMultilevel"/>
    <w:tmpl w:val="E1701320"/>
    <w:lvl w:ilvl="0" w:tplc="F20C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B802C9"/>
    <w:multiLevelType w:val="hybridMultilevel"/>
    <w:tmpl w:val="2FCE6A1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>
    <w:nsid w:val="63B138A7"/>
    <w:multiLevelType w:val="hybridMultilevel"/>
    <w:tmpl w:val="3C90B9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1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F77A8"/>
    <w:rsid w:val="0029639D"/>
    <w:rsid w:val="00326F90"/>
    <w:rsid w:val="004A4DAA"/>
    <w:rsid w:val="00514EC4"/>
    <w:rsid w:val="00675E2A"/>
    <w:rsid w:val="008A77AC"/>
    <w:rsid w:val="00903E16"/>
    <w:rsid w:val="009C0AE1"/>
    <w:rsid w:val="00AA1D8D"/>
    <w:rsid w:val="00B018C1"/>
    <w:rsid w:val="00B47730"/>
    <w:rsid w:val="00C83B75"/>
    <w:rsid w:val="00CB0664"/>
    <w:rsid w:val="00F1579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903E16"/>
    <w:rPr>
      <w:color w:val="0000FF" w:themeColor="hyperlink"/>
      <w:u w:val="single"/>
    </w:rPr>
  </w:style>
  <w:style w:type="paragraph" w:styleId="aff9">
    <w:name w:val="Balloon Text"/>
    <w:basedOn w:val="a1"/>
    <w:link w:val="affa"/>
    <w:uiPriority w:val="99"/>
    <w:semiHidden/>
    <w:unhideWhenUsed/>
    <w:rsid w:val="00903E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a">
    <w:name w:val="Текст выноски Знак"/>
    <w:basedOn w:val="a2"/>
    <w:link w:val="aff9"/>
    <w:uiPriority w:val="99"/>
    <w:semiHidden/>
    <w:rsid w:val="00903E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903E16"/>
    <w:rPr>
      <w:color w:val="0000FF" w:themeColor="hyperlink"/>
      <w:u w:val="single"/>
    </w:rPr>
  </w:style>
  <w:style w:type="paragraph" w:styleId="aff9">
    <w:name w:val="Balloon Text"/>
    <w:basedOn w:val="a1"/>
    <w:link w:val="affa"/>
    <w:uiPriority w:val="99"/>
    <w:semiHidden/>
    <w:unhideWhenUsed/>
    <w:rsid w:val="00903E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a">
    <w:name w:val="Текст выноски Знак"/>
    <w:basedOn w:val="a2"/>
    <w:link w:val="aff9"/>
    <w:uiPriority w:val="99"/>
    <w:semiHidden/>
    <w:rsid w:val="00903E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hW_PeVE4m0" TargetMode="External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A51C728-0C45-4CAB-948A-E9822B40B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2070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admin</cp:lastModifiedBy>
  <cp:revision>4</cp:revision>
  <dcterms:created xsi:type="dcterms:W3CDTF">2025-10-10T07:00:00Z</dcterms:created>
  <dcterms:modified xsi:type="dcterms:W3CDTF">2025-10-10T07:40:00Z</dcterms:modified>
</cp:coreProperties>
</file>